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7B44" w14:textId="48FD94A1" w:rsidR="00E17B4C" w:rsidRPr="009C0FA0" w:rsidRDefault="00E17B4C" w:rsidP="00C8763B">
      <w:pPr>
        <w:pStyle w:val="aa"/>
        <w:spacing w:line="240" w:lineRule="auto"/>
        <w:ind w:left="800"/>
        <w:rPr>
          <w:rFonts w:eastAsia="맑은 고딕"/>
          <w:color w:val="000000" w:themeColor="text1"/>
          <w:lang w:eastAsia="ko-KR"/>
        </w:rPr>
      </w:pPr>
      <w:r w:rsidRPr="009C0FA0">
        <w:rPr>
          <w:rFonts w:ascii="Arial" w:eastAsia="맑은 고딕" w:hAnsi="Arial" w:hint="eastAsia"/>
          <w:b/>
          <w:color w:val="000000" w:themeColor="text1"/>
          <w:sz w:val="36"/>
          <w:lang w:eastAsia="ko-KR"/>
        </w:rPr>
        <w:t xml:space="preserve">WELDING TRAINING </w:t>
      </w:r>
      <w:r w:rsidRPr="009C0FA0">
        <w:rPr>
          <w:rFonts w:ascii="Arial" w:hAnsi="Arial"/>
          <w:b/>
          <w:color w:val="000000" w:themeColor="text1"/>
          <w:sz w:val="36"/>
        </w:rPr>
        <w:t>APPLICATION FORM</w:t>
      </w:r>
    </w:p>
    <w:p w14:paraId="6AFE6C94" w14:textId="5490244E" w:rsidR="006B2F6E" w:rsidRPr="009C0FA0" w:rsidRDefault="00AE3579">
      <w:pPr>
        <w:rPr>
          <w:rFonts w:ascii="Arial" w:eastAsia="맑은 고딕" w:hAnsi="Arial"/>
          <w:iCs/>
          <w:color w:val="000000" w:themeColor="text1"/>
          <w:sz w:val="20"/>
          <w:lang w:eastAsia="ko-KR"/>
        </w:rPr>
      </w:pPr>
      <w:r w:rsidRPr="009C0FA0">
        <w:rPr>
          <w:rFonts w:ascii="Arial" w:eastAsia="맑은 고딕" w:hAnsi="Arial"/>
          <w:iCs/>
          <w:color w:val="000000" w:themeColor="text1"/>
          <w:sz w:val="20"/>
          <w:lang w:eastAsia="ko-KR"/>
        </w:rPr>
        <w:t xml:space="preserve">Please complete all sections below to apply for consideration for the technical production training program. </w:t>
      </w:r>
    </w:p>
    <w:p w14:paraId="7325B1AB" w14:textId="77777777" w:rsidR="00E17B4C" w:rsidRPr="009C0FA0" w:rsidRDefault="00E17B4C">
      <w:pPr>
        <w:rPr>
          <w:rFonts w:eastAsia="맑은 고딕"/>
          <w:color w:val="000000" w:themeColor="text1"/>
          <w:lang w:eastAsia="ko-KR"/>
        </w:rPr>
      </w:pPr>
    </w:p>
    <w:p w14:paraId="3D984E05" w14:textId="77777777" w:rsidR="006B2F6E" w:rsidRPr="009C0FA0" w:rsidRDefault="007C58C6">
      <w:pPr>
        <w:spacing w:before="240" w:after="120"/>
        <w:rPr>
          <w:color w:val="000000" w:themeColor="text1"/>
        </w:rPr>
      </w:pPr>
      <w:r w:rsidRPr="009C0FA0">
        <w:rPr>
          <w:rFonts w:ascii="Arial" w:hAnsi="Arial"/>
          <w:b/>
          <w:color w:val="000000" w:themeColor="text1"/>
          <w:sz w:val="24"/>
        </w:rPr>
        <w:t>1. COMPANY INFORMATION</w:t>
      </w:r>
    </w:p>
    <w:tbl>
      <w:tblPr>
        <w:tblW w:w="9574"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684"/>
        <w:gridCol w:w="5890"/>
      </w:tblGrid>
      <w:tr w:rsidR="006B2F6E" w:rsidRPr="009C0FA0" w14:paraId="22B50598" w14:textId="77777777" w:rsidTr="004B09C2">
        <w:trPr>
          <w:trHeight w:val="832"/>
          <w:jc w:val="center"/>
        </w:trPr>
        <w:tc>
          <w:tcPr>
            <w:tcW w:w="3684" w:type="dxa"/>
            <w:shd w:val="clear" w:color="auto" w:fill="F0F4F8"/>
            <w:tcMar>
              <w:top w:w="100" w:type="dxa"/>
              <w:left w:w="150" w:type="dxa"/>
              <w:bottom w:w="100" w:type="dxa"/>
              <w:right w:w="150" w:type="dxa"/>
            </w:tcMar>
          </w:tcPr>
          <w:p w14:paraId="16F5F128" w14:textId="77777777" w:rsidR="006B2F6E" w:rsidRPr="009C0FA0" w:rsidRDefault="007C58C6">
            <w:pPr>
              <w:rPr>
                <w:color w:val="000000" w:themeColor="text1"/>
              </w:rPr>
            </w:pPr>
            <w:r w:rsidRPr="009C0FA0">
              <w:rPr>
                <w:b/>
                <w:color w:val="000000" w:themeColor="text1"/>
                <w:sz w:val="20"/>
              </w:rPr>
              <w:t>Company Name &amp; Location (Address)</w:t>
            </w:r>
          </w:p>
        </w:tc>
        <w:tc>
          <w:tcPr>
            <w:tcW w:w="5890" w:type="dxa"/>
            <w:tcMar>
              <w:top w:w="100" w:type="dxa"/>
              <w:left w:w="150" w:type="dxa"/>
              <w:bottom w:w="100" w:type="dxa"/>
              <w:right w:w="150" w:type="dxa"/>
            </w:tcMar>
          </w:tcPr>
          <w:p w14:paraId="74314F1D" w14:textId="77777777" w:rsidR="006B2F6E" w:rsidRPr="009C0FA0" w:rsidRDefault="006B2F6E">
            <w:pPr>
              <w:rPr>
                <w:color w:val="000000" w:themeColor="text1"/>
              </w:rPr>
            </w:pPr>
          </w:p>
        </w:tc>
      </w:tr>
      <w:tr w:rsidR="006B2F6E" w:rsidRPr="009C0FA0" w14:paraId="5D7DD78E" w14:textId="77777777" w:rsidTr="004B09C2">
        <w:trPr>
          <w:trHeight w:val="849"/>
          <w:jc w:val="center"/>
        </w:trPr>
        <w:tc>
          <w:tcPr>
            <w:tcW w:w="3684" w:type="dxa"/>
            <w:shd w:val="clear" w:color="auto" w:fill="F0F4F8"/>
            <w:tcMar>
              <w:top w:w="100" w:type="dxa"/>
              <w:left w:w="150" w:type="dxa"/>
              <w:bottom w:w="100" w:type="dxa"/>
              <w:right w:w="150" w:type="dxa"/>
            </w:tcMar>
          </w:tcPr>
          <w:p w14:paraId="15A46E04" w14:textId="77777777" w:rsidR="006B2F6E" w:rsidRPr="009C0FA0" w:rsidRDefault="007C58C6">
            <w:pPr>
              <w:rPr>
                <w:color w:val="000000" w:themeColor="text1"/>
              </w:rPr>
            </w:pPr>
            <w:r w:rsidRPr="009C0FA0">
              <w:rPr>
                <w:b/>
                <w:color w:val="000000" w:themeColor="text1"/>
                <w:sz w:val="20"/>
              </w:rPr>
              <w:t>Authorized Representative (CEO/President)</w:t>
            </w:r>
          </w:p>
        </w:tc>
        <w:tc>
          <w:tcPr>
            <w:tcW w:w="5890" w:type="dxa"/>
            <w:tcMar>
              <w:top w:w="100" w:type="dxa"/>
              <w:left w:w="150" w:type="dxa"/>
              <w:bottom w:w="100" w:type="dxa"/>
              <w:right w:w="150" w:type="dxa"/>
            </w:tcMar>
          </w:tcPr>
          <w:p w14:paraId="601D421A" w14:textId="77777777" w:rsidR="006B2F6E" w:rsidRPr="009C0FA0" w:rsidRDefault="006B2F6E">
            <w:pPr>
              <w:rPr>
                <w:color w:val="000000" w:themeColor="text1"/>
              </w:rPr>
            </w:pPr>
          </w:p>
        </w:tc>
      </w:tr>
      <w:tr w:rsidR="006B2F6E" w:rsidRPr="009C0FA0" w14:paraId="39FC73F2" w14:textId="77777777" w:rsidTr="004B09C2">
        <w:trPr>
          <w:trHeight w:val="832"/>
          <w:jc w:val="center"/>
        </w:trPr>
        <w:tc>
          <w:tcPr>
            <w:tcW w:w="3684" w:type="dxa"/>
            <w:shd w:val="clear" w:color="auto" w:fill="F0F4F8"/>
            <w:tcMar>
              <w:top w:w="100" w:type="dxa"/>
              <w:left w:w="150" w:type="dxa"/>
              <w:bottom w:w="100" w:type="dxa"/>
              <w:right w:w="150" w:type="dxa"/>
            </w:tcMar>
          </w:tcPr>
          <w:p w14:paraId="3FC342F2" w14:textId="77777777" w:rsidR="006B2F6E" w:rsidRPr="009C0FA0" w:rsidRDefault="007C58C6">
            <w:pPr>
              <w:rPr>
                <w:color w:val="000000" w:themeColor="text1"/>
              </w:rPr>
            </w:pPr>
            <w:r w:rsidRPr="009C0FA0">
              <w:rPr>
                <w:b/>
                <w:color w:val="000000" w:themeColor="text1"/>
                <w:sz w:val="20"/>
              </w:rPr>
              <w:t>Company Size (No. of Employees / Annual Capacity)</w:t>
            </w:r>
          </w:p>
        </w:tc>
        <w:tc>
          <w:tcPr>
            <w:tcW w:w="5890" w:type="dxa"/>
            <w:tcMar>
              <w:top w:w="100" w:type="dxa"/>
              <w:left w:w="150" w:type="dxa"/>
              <w:bottom w:w="100" w:type="dxa"/>
              <w:right w:w="150" w:type="dxa"/>
            </w:tcMar>
          </w:tcPr>
          <w:p w14:paraId="40EC0805" w14:textId="77777777" w:rsidR="006B2F6E" w:rsidRPr="009C0FA0" w:rsidRDefault="006B2F6E">
            <w:pPr>
              <w:rPr>
                <w:color w:val="000000" w:themeColor="text1"/>
              </w:rPr>
            </w:pPr>
          </w:p>
        </w:tc>
      </w:tr>
      <w:tr w:rsidR="006B2F6E" w:rsidRPr="009C0FA0" w14:paraId="2D8D3F47" w14:textId="77777777" w:rsidTr="004B09C2">
        <w:trPr>
          <w:trHeight w:val="1426"/>
          <w:jc w:val="center"/>
        </w:trPr>
        <w:tc>
          <w:tcPr>
            <w:tcW w:w="3684" w:type="dxa"/>
            <w:shd w:val="clear" w:color="auto" w:fill="F0F4F8"/>
            <w:tcMar>
              <w:top w:w="100" w:type="dxa"/>
              <w:left w:w="150" w:type="dxa"/>
              <w:bottom w:w="100" w:type="dxa"/>
              <w:right w:w="150" w:type="dxa"/>
            </w:tcMar>
          </w:tcPr>
          <w:p w14:paraId="1BAACC68" w14:textId="77777777" w:rsidR="006B2F6E" w:rsidRPr="009C0FA0" w:rsidRDefault="007C58C6">
            <w:pPr>
              <w:rPr>
                <w:color w:val="000000" w:themeColor="text1"/>
              </w:rPr>
            </w:pPr>
            <w:r w:rsidRPr="009C0FA0">
              <w:rPr>
                <w:b/>
                <w:color w:val="000000" w:themeColor="text1"/>
                <w:sz w:val="20"/>
              </w:rPr>
              <w:t>Main Vessel Types / Core Products</w:t>
            </w:r>
          </w:p>
        </w:tc>
        <w:tc>
          <w:tcPr>
            <w:tcW w:w="5890" w:type="dxa"/>
            <w:tcMar>
              <w:top w:w="100" w:type="dxa"/>
              <w:left w:w="150" w:type="dxa"/>
              <w:bottom w:w="100" w:type="dxa"/>
              <w:right w:w="150" w:type="dxa"/>
            </w:tcMar>
          </w:tcPr>
          <w:p w14:paraId="02706988" w14:textId="77777777" w:rsidR="006B2F6E" w:rsidRPr="009C0FA0" w:rsidRDefault="006B2F6E">
            <w:pPr>
              <w:rPr>
                <w:color w:val="000000" w:themeColor="text1"/>
              </w:rPr>
            </w:pPr>
          </w:p>
        </w:tc>
      </w:tr>
    </w:tbl>
    <w:p w14:paraId="7D4EF01B" w14:textId="77777777" w:rsidR="00E17B4C" w:rsidRPr="009C0FA0" w:rsidRDefault="00E17B4C">
      <w:pPr>
        <w:spacing w:before="240" w:after="120"/>
        <w:rPr>
          <w:rFonts w:ascii="Arial" w:eastAsia="맑은 고딕" w:hAnsi="Arial"/>
          <w:b/>
          <w:color w:val="000000" w:themeColor="text1"/>
          <w:sz w:val="24"/>
          <w:lang w:eastAsia="ko-KR"/>
        </w:rPr>
      </w:pPr>
    </w:p>
    <w:p w14:paraId="1EC15B77" w14:textId="081DE10A" w:rsidR="006B2F6E" w:rsidRPr="009C0FA0" w:rsidRDefault="007C58C6">
      <w:pPr>
        <w:spacing w:before="240" w:after="120"/>
        <w:rPr>
          <w:color w:val="000000" w:themeColor="text1"/>
        </w:rPr>
      </w:pPr>
      <w:r w:rsidRPr="009C0FA0">
        <w:rPr>
          <w:rFonts w:ascii="Arial" w:hAnsi="Arial"/>
          <w:b/>
          <w:color w:val="000000" w:themeColor="text1"/>
          <w:sz w:val="24"/>
        </w:rPr>
        <w:t>2. CONTACT PERSON INFORMATION</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97"/>
        <w:gridCol w:w="5753"/>
      </w:tblGrid>
      <w:tr w:rsidR="006B2F6E" w:rsidRPr="009C0FA0" w14:paraId="1BD80D49" w14:textId="77777777">
        <w:trPr>
          <w:jc w:val="center"/>
        </w:trPr>
        <w:tc>
          <w:tcPr>
            <w:tcW w:w="3600" w:type="dxa"/>
            <w:shd w:val="clear" w:color="auto" w:fill="F0F4F8"/>
            <w:tcMar>
              <w:top w:w="100" w:type="dxa"/>
              <w:left w:w="150" w:type="dxa"/>
              <w:bottom w:w="100" w:type="dxa"/>
              <w:right w:w="150" w:type="dxa"/>
            </w:tcMar>
          </w:tcPr>
          <w:p w14:paraId="7ADEB872" w14:textId="77777777" w:rsidR="006B2F6E" w:rsidRPr="009C0FA0" w:rsidRDefault="007C58C6">
            <w:pPr>
              <w:rPr>
                <w:color w:val="000000" w:themeColor="text1"/>
              </w:rPr>
            </w:pPr>
            <w:r w:rsidRPr="009C0FA0">
              <w:rPr>
                <w:b/>
                <w:color w:val="000000" w:themeColor="text1"/>
                <w:sz w:val="20"/>
              </w:rPr>
              <w:t>Full Name</w:t>
            </w:r>
          </w:p>
        </w:tc>
        <w:tc>
          <w:tcPr>
            <w:tcW w:w="5760" w:type="dxa"/>
            <w:tcMar>
              <w:top w:w="100" w:type="dxa"/>
              <w:left w:w="150" w:type="dxa"/>
              <w:bottom w:w="100" w:type="dxa"/>
              <w:right w:w="150" w:type="dxa"/>
            </w:tcMar>
          </w:tcPr>
          <w:p w14:paraId="4D56F3E9" w14:textId="77777777" w:rsidR="006B2F6E" w:rsidRPr="009C0FA0" w:rsidRDefault="006B2F6E">
            <w:pPr>
              <w:rPr>
                <w:color w:val="000000" w:themeColor="text1"/>
              </w:rPr>
            </w:pPr>
          </w:p>
        </w:tc>
      </w:tr>
      <w:tr w:rsidR="006B2F6E" w:rsidRPr="009C0FA0" w14:paraId="40B9D9E4" w14:textId="77777777">
        <w:trPr>
          <w:jc w:val="center"/>
        </w:trPr>
        <w:tc>
          <w:tcPr>
            <w:tcW w:w="3600" w:type="dxa"/>
            <w:shd w:val="clear" w:color="auto" w:fill="F0F4F8"/>
            <w:tcMar>
              <w:top w:w="100" w:type="dxa"/>
              <w:left w:w="150" w:type="dxa"/>
              <w:bottom w:w="100" w:type="dxa"/>
              <w:right w:w="150" w:type="dxa"/>
            </w:tcMar>
          </w:tcPr>
          <w:p w14:paraId="4A82629D" w14:textId="77777777" w:rsidR="006B2F6E" w:rsidRPr="009C0FA0" w:rsidRDefault="007C58C6">
            <w:pPr>
              <w:rPr>
                <w:color w:val="000000" w:themeColor="text1"/>
              </w:rPr>
            </w:pPr>
            <w:r w:rsidRPr="009C0FA0">
              <w:rPr>
                <w:b/>
                <w:color w:val="000000" w:themeColor="text1"/>
                <w:sz w:val="20"/>
              </w:rPr>
              <w:t>Job Title / Department</w:t>
            </w:r>
          </w:p>
        </w:tc>
        <w:tc>
          <w:tcPr>
            <w:tcW w:w="5760" w:type="dxa"/>
            <w:tcMar>
              <w:top w:w="100" w:type="dxa"/>
              <w:left w:w="150" w:type="dxa"/>
              <w:bottom w:w="100" w:type="dxa"/>
              <w:right w:w="150" w:type="dxa"/>
            </w:tcMar>
          </w:tcPr>
          <w:p w14:paraId="070E0A9D" w14:textId="77777777" w:rsidR="006B2F6E" w:rsidRPr="009C0FA0" w:rsidRDefault="006B2F6E">
            <w:pPr>
              <w:rPr>
                <w:color w:val="000000" w:themeColor="text1"/>
              </w:rPr>
            </w:pPr>
          </w:p>
        </w:tc>
      </w:tr>
      <w:tr w:rsidR="006B2F6E" w:rsidRPr="009C0FA0" w14:paraId="3E9EEB10" w14:textId="77777777">
        <w:trPr>
          <w:jc w:val="center"/>
        </w:trPr>
        <w:tc>
          <w:tcPr>
            <w:tcW w:w="3600" w:type="dxa"/>
            <w:shd w:val="clear" w:color="auto" w:fill="F0F4F8"/>
            <w:tcMar>
              <w:top w:w="100" w:type="dxa"/>
              <w:left w:w="150" w:type="dxa"/>
              <w:bottom w:w="100" w:type="dxa"/>
              <w:right w:w="150" w:type="dxa"/>
            </w:tcMar>
          </w:tcPr>
          <w:p w14:paraId="34E8C3CA" w14:textId="77777777" w:rsidR="006B2F6E" w:rsidRPr="009C0FA0" w:rsidRDefault="007C58C6">
            <w:pPr>
              <w:rPr>
                <w:color w:val="000000" w:themeColor="text1"/>
              </w:rPr>
            </w:pPr>
            <w:r w:rsidRPr="009C0FA0">
              <w:rPr>
                <w:b/>
                <w:color w:val="000000" w:themeColor="text1"/>
                <w:sz w:val="20"/>
              </w:rPr>
              <w:t>Phone Number</w:t>
            </w:r>
          </w:p>
        </w:tc>
        <w:tc>
          <w:tcPr>
            <w:tcW w:w="5760" w:type="dxa"/>
            <w:tcMar>
              <w:top w:w="100" w:type="dxa"/>
              <w:left w:w="150" w:type="dxa"/>
              <w:bottom w:w="100" w:type="dxa"/>
              <w:right w:w="150" w:type="dxa"/>
            </w:tcMar>
          </w:tcPr>
          <w:p w14:paraId="60ABEC8E" w14:textId="77777777" w:rsidR="006B2F6E" w:rsidRPr="009C0FA0" w:rsidRDefault="006B2F6E">
            <w:pPr>
              <w:rPr>
                <w:color w:val="000000" w:themeColor="text1"/>
              </w:rPr>
            </w:pPr>
          </w:p>
        </w:tc>
      </w:tr>
      <w:tr w:rsidR="006B2F6E" w:rsidRPr="009C0FA0" w14:paraId="215CBBB6" w14:textId="77777777">
        <w:trPr>
          <w:jc w:val="center"/>
        </w:trPr>
        <w:tc>
          <w:tcPr>
            <w:tcW w:w="3600" w:type="dxa"/>
            <w:shd w:val="clear" w:color="auto" w:fill="F0F4F8"/>
            <w:tcMar>
              <w:top w:w="100" w:type="dxa"/>
              <w:left w:w="150" w:type="dxa"/>
              <w:bottom w:w="100" w:type="dxa"/>
              <w:right w:w="150" w:type="dxa"/>
            </w:tcMar>
          </w:tcPr>
          <w:p w14:paraId="71AC98BB" w14:textId="77777777" w:rsidR="006B2F6E" w:rsidRPr="009C0FA0" w:rsidRDefault="007C58C6">
            <w:pPr>
              <w:rPr>
                <w:color w:val="000000" w:themeColor="text1"/>
              </w:rPr>
            </w:pPr>
            <w:r w:rsidRPr="009C0FA0">
              <w:rPr>
                <w:b/>
                <w:color w:val="000000" w:themeColor="text1"/>
                <w:sz w:val="20"/>
              </w:rPr>
              <w:t>Email Address</w:t>
            </w:r>
          </w:p>
        </w:tc>
        <w:tc>
          <w:tcPr>
            <w:tcW w:w="5760" w:type="dxa"/>
            <w:tcMar>
              <w:top w:w="100" w:type="dxa"/>
              <w:left w:w="150" w:type="dxa"/>
              <w:bottom w:w="100" w:type="dxa"/>
              <w:right w:w="150" w:type="dxa"/>
            </w:tcMar>
          </w:tcPr>
          <w:p w14:paraId="056C288F" w14:textId="77777777" w:rsidR="006B2F6E" w:rsidRPr="009C0FA0" w:rsidRDefault="006B2F6E">
            <w:pPr>
              <w:rPr>
                <w:color w:val="000000" w:themeColor="text1"/>
              </w:rPr>
            </w:pPr>
          </w:p>
        </w:tc>
      </w:tr>
    </w:tbl>
    <w:p w14:paraId="57604C35" w14:textId="77777777" w:rsidR="004B09C2" w:rsidRDefault="004B09C2">
      <w:pPr>
        <w:spacing w:before="240" w:after="120"/>
        <w:rPr>
          <w:rFonts w:ascii="Arial" w:eastAsia="맑은 고딕" w:hAnsi="Arial"/>
          <w:b/>
          <w:color w:val="000000" w:themeColor="text1"/>
          <w:sz w:val="24"/>
          <w:lang w:eastAsia="ko-KR"/>
        </w:rPr>
      </w:pPr>
    </w:p>
    <w:p w14:paraId="2E1B6C59" w14:textId="77777777" w:rsidR="008344EA" w:rsidRDefault="008344EA">
      <w:pPr>
        <w:spacing w:before="240" w:after="120"/>
        <w:rPr>
          <w:rFonts w:ascii="Arial" w:eastAsia="맑은 고딕" w:hAnsi="Arial"/>
          <w:b/>
          <w:color w:val="000000" w:themeColor="text1"/>
          <w:sz w:val="24"/>
          <w:lang w:eastAsia="ko-KR"/>
        </w:rPr>
      </w:pPr>
    </w:p>
    <w:p w14:paraId="5A45E4D3" w14:textId="77777777" w:rsidR="008344EA" w:rsidRPr="009C0FA0" w:rsidRDefault="008344EA">
      <w:pPr>
        <w:spacing w:before="240" w:after="120"/>
        <w:rPr>
          <w:rFonts w:ascii="Arial" w:eastAsia="맑은 고딕" w:hAnsi="Arial"/>
          <w:b/>
          <w:color w:val="000000" w:themeColor="text1"/>
          <w:sz w:val="24"/>
          <w:lang w:eastAsia="ko-KR"/>
        </w:rPr>
      </w:pPr>
    </w:p>
    <w:p w14:paraId="7D99ECB6" w14:textId="2C3472F2" w:rsidR="006B2F6E" w:rsidRPr="009C0FA0" w:rsidRDefault="007C58C6">
      <w:pPr>
        <w:spacing w:before="240" w:after="120"/>
        <w:rPr>
          <w:color w:val="000000" w:themeColor="text1"/>
        </w:rPr>
      </w:pPr>
      <w:r w:rsidRPr="009C0FA0">
        <w:rPr>
          <w:rFonts w:ascii="Arial" w:hAnsi="Arial"/>
          <w:b/>
          <w:color w:val="000000" w:themeColor="text1"/>
          <w:sz w:val="24"/>
        </w:rPr>
        <w:lastRenderedPageBreak/>
        <w:t>3. TRAINING REQUEST DETAILS</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97"/>
        <w:gridCol w:w="5753"/>
      </w:tblGrid>
      <w:tr w:rsidR="006B2F6E" w:rsidRPr="009C0FA0" w14:paraId="1295A198" w14:textId="77777777" w:rsidTr="004B09C2">
        <w:trPr>
          <w:trHeight w:val="1725"/>
          <w:jc w:val="center"/>
        </w:trPr>
        <w:tc>
          <w:tcPr>
            <w:tcW w:w="3600" w:type="dxa"/>
            <w:shd w:val="clear" w:color="auto" w:fill="F0F4F8"/>
            <w:tcMar>
              <w:top w:w="100" w:type="dxa"/>
              <w:left w:w="150" w:type="dxa"/>
              <w:bottom w:w="100" w:type="dxa"/>
              <w:right w:w="150" w:type="dxa"/>
            </w:tcMar>
          </w:tcPr>
          <w:p w14:paraId="3DFFBE2A" w14:textId="4D5F9079" w:rsidR="00E17B4C" w:rsidRPr="009C0FA0" w:rsidRDefault="007C58C6">
            <w:pPr>
              <w:rPr>
                <w:rFonts w:eastAsia="맑은 고딕"/>
                <w:b/>
                <w:color w:val="000000" w:themeColor="text1"/>
                <w:sz w:val="20"/>
                <w:lang w:eastAsia="ko-KR"/>
              </w:rPr>
            </w:pPr>
            <w:r w:rsidRPr="009C0FA0">
              <w:rPr>
                <w:b/>
                <w:color w:val="000000" w:themeColor="text1"/>
                <w:sz w:val="20"/>
              </w:rPr>
              <w:t>Desired Training Domain</w:t>
            </w:r>
          </w:p>
          <w:p w14:paraId="151AF9C8" w14:textId="7D48E781" w:rsidR="00E17B4C" w:rsidRPr="009C0FA0" w:rsidRDefault="00E17B4C">
            <w:pPr>
              <w:rPr>
                <w:rFonts w:eastAsia="맑은 고딕"/>
                <w:color w:val="000000" w:themeColor="text1"/>
                <w:lang w:eastAsia="ko-KR"/>
              </w:rPr>
            </w:pPr>
            <w:proofErr w:type="gramStart"/>
            <w:r w:rsidRPr="009C0FA0">
              <w:rPr>
                <w:rFonts w:eastAsia="맑은 고딕" w:hint="eastAsia"/>
                <w:b/>
                <w:color w:val="000000" w:themeColor="text1"/>
                <w:sz w:val="20"/>
                <w:lang w:eastAsia="ko-KR"/>
              </w:rPr>
              <w:t>Welding(</w:t>
            </w:r>
            <w:proofErr w:type="gramEnd"/>
            <w:r w:rsidRPr="009C0FA0">
              <w:rPr>
                <w:rFonts w:eastAsia="맑은 고딕" w:hint="eastAsia"/>
                <w:b/>
                <w:color w:val="000000" w:themeColor="text1"/>
                <w:sz w:val="20"/>
                <w:lang w:eastAsia="ko-KR"/>
              </w:rPr>
              <w:t>FCAW)</w:t>
            </w:r>
          </w:p>
        </w:tc>
        <w:tc>
          <w:tcPr>
            <w:tcW w:w="5760" w:type="dxa"/>
            <w:tcMar>
              <w:top w:w="100" w:type="dxa"/>
              <w:left w:w="150" w:type="dxa"/>
              <w:bottom w:w="100" w:type="dxa"/>
              <w:right w:w="150" w:type="dxa"/>
            </w:tcMar>
          </w:tcPr>
          <w:p w14:paraId="3EABC6AF" w14:textId="160431FA" w:rsidR="006B2F6E" w:rsidRPr="009C0FA0" w:rsidRDefault="00402471">
            <w:pPr>
              <w:rPr>
                <w:rFonts w:eastAsia="맑은 고딕"/>
                <w:color w:val="000000" w:themeColor="text1"/>
                <w:sz w:val="20"/>
                <w:lang w:eastAsia="ko-KR"/>
              </w:rPr>
            </w:pPr>
            <w:r w:rsidRPr="009C0FA0">
              <w:rPr>
                <w:color w:val="000000" w:themeColor="text1"/>
                <w:sz w:val="20"/>
              </w:rPr>
              <w:t xml:space="preserve">[ </w:t>
            </w:r>
            <w:proofErr w:type="gramStart"/>
            <w:r w:rsidRPr="009C0FA0">
              <w:rPr>
                <w:color w:val="000000" w:themeColor="text1"/>
                <w:sz w:val="20"/>
              </w:rPr>
              <w:t xml:space="preserve"> </w:t>
            </w:r>
            <w:r w:rsidR="00A76304">
              <w:rPr>
                <w:rFonts w:eastAsia="맑은 고딕" w:hint="eastAsia"/>
                <w:color w:val="000000" w:themeColor="text1"/>
                <w:sz w:val="20"/>
                <w:lang w:eastAsia="ko-KR"/>
              </w:rPr>
              <w:t xml:space="preserve"> </w:t>
            </w:r>
            <w:r w:rsidRPr="009C0FA0">
              <w:rPr>
                <w:color w:val="000000" w:themeColor="text1"/>
                <w:sz w:val="20"/>
              </w:rPr>
              <w:t>]</w:t>
            </w:r>
            <w:proofErr w:type="gramEnd"/>
            <w:r w:rsidRPr="009C0FA0">
              <w:rPr>
                <w:color w:val="000000" w:themeColor="text1"/>
                <w:sz w:val="20"/>
              </w:rPr>
              <w:t xml:space="preserve"> </w:t>
            </w:r>
            <w:proofErr w:type="gramStart"/>
            <w:r w:rsidR="00E17B4C" w:rsidRPr="009C0FA0">
              <w:rPr>
                <w:rFonts w:eastAsia="맑은 고딕"/>
                <w:color w:val="000000" w:themeColor="text1"/>
                <w:sz w:val="20"/>
                <w:lang w:eastAsia="ko-KR"/>
              </w:rPr>
              <w:t>Basic</w:t>
            </w:r>
            <w:r w:rsidRPr="009C0FA0">
              <w:rPr>
                <w:rFonts w:eastAsia="맑은 고딕" w:hint="eastAsia"/>
                <w:color w:val="000000" w:themeColor="text1"/>
                <w:sz w:val="20"/>
                <w:lang w:eastAsia="ko-KR"/>
              </w:rPr>
              <w:t xml:space="preserve"> ,</w:t>
            </w:r>
            <w:proofErr w:type="gramEnd"/>
            <w:r w:rsidRPr="009C0FA0">
              <w:rPr>
                <w:rFonts w:eastAsia="맑은 고딕" w:hint="eastAsia"/>
                <w:color w:val="000000" w:themeColor="text1"/>
                <w:sz w:val="20"/>
                <w:lang w:eastAsia="ko-KR"/>
              </w:rPr>
              <w:t xml:space="preserve"> </w:t>
            </w:r>
            <w:r w:rsidRPr="009C0FA0">
              <w:rPr>
                <w:color w:val="000000" w:themeColor="text1"/>
                <w:sz w:val="20"/>
              </w:rPr>
              <w:t xml:space="preserve">[ </w:t>
            </w:r>
            <w:proofErr w:type="gramStart"/>
            <w:r w:rsidR="00A76304">
              <w:rPr>
                <w:rFonts w:eastAsia="맑은 고딕" w:hint="eastAsia"/>
                <w:color w:val="000000" w:themeColor="text1"/>
                <w:sz w:val="20"/>
                <w:lang w:eastAsia="ko-KR"/>
              </w:rPr>
              <w:t xml:space="preserve"> </w:t>
            </w:r>
            <w:r w:rsidRPr="009C0FA0">
              <w:rPr>
                <w:color w:val="000000" w:themeColor="text1"/>
                <w:sz w:val="20"/>
              </w:rPr>
              <w:t xml:space="preserve"> ]</w:t>
            </w:r>
            <w:proofErr w:type="gramEnd"/>
            <w:r w:rsidR="00E17B4C" w:rsidRPr="009C0FA0">
              <w:rPr>
                <w:rFonts w:eastAsia="맑은 고딕" w:hint="eastAsia"/>
                <w:color w:val="000000" w:themeColor="text1"/>
                <w:sz w:val="20"/>
                <w:lang w:eastAsia="ko-KR"/>
              </w:rPr>
              <w:t xml:space="preserve"> </w:t>
            </w:r>
            <w:proofErr w:type="gramStart"/>
            <w:r w:rsidR="00E17B4C" w:rsidRPr="009C0FA0">
              <w:rPr>
                <w:rFonts w:eastAsia="맑은 고딕"/>
                <w:color w:val="000000" w:themeColor="text1"/>
                <w:sz w:val="20"/>
                <w:lang w:eastAsia="ko-KR"/>
              </w:rPr>
              <w:t>Advanced</w:t>
            </w:r>
            <w:r w:rsidR="00E17B4C" w:rsidRPr="009C0FA0">
              <w:rPr>
                <w:rFonts w:eastAsia="맑은 고딕" w:hint="eastAsia"/>
                <w:color w:val="000000" w:themeColor="text1"/>
                <w:sz w:val="20"/>
                <w:lang w:eastAsia="ko-KR"/>
              </w:rPr>
              <w:t xml:space="preserve"> </w:t>
            </w:r>
            <w:r w:rsidRPr="009C0FA0">
              <w:rPr>
                <w:rFonts w:eastAsia="맑은 고딕" w:hint="eastAsia"/>
                <w:color w:val="000000" w:themeColor="text1"/>
                <w:sz w:val="20"/>
                <w:lang w:eastAsia="ko-KR"/>
              </w:rPr>
              <w:t>,</w:t>
            </w:r>
            <w:proofErr w:type="gramEnd"/>
            <w:r w:rsidRPr="009C0FA0">
              <w:rPr>
                <w:rFonts w:eastAsia="맑은 고딕" w:hint="eastAsia"/>
                <w:color w:val="000000" w:themeColor="text1"/>
                <w:sz w:val="20"/>
                <w:lang w:eastAsia="ko-KR"/>
              </w:rPr>
              <w:t xml:space="preserve"> </w:t>
            </w:r>
            <w:r w:rsidRPr="009C0FA0">
              <w:rPr>
                <w:color w:val="000000" w:themeColor="text1"/>
                <w:sz w:val="20"/>
              </w:rPr>
              <w:t>[</w:t>
            </w:r>
            <w:r w:rsidR="00A76304">
              <w:rPr>
                <w:rFonts w:eastAsia="맑은 고딕" w:hint="eastAsia"/>
                <w:color w:val="000000" w:themeColor="text1"/>
                <w:sz w:val="20"/>
                <w:lang w:eastAsia="ko-KR"/>
              </w:rPr>
              <w:t xml:space="preserve"> </w:t>
            </w:r>
            <w:proofErr w:type="gramStart"/>
            <w:r w:rsidRPr="009C0FA0">
              <w:rPr>
                <w:color w:val="000000" w:themeColor="text1"/>
                <w:sz w:val="20"/>
              </w:rPr>
              <w:t xml:space="preserve">  ]</w:t>
            </w:r>
            <w:proofErr w:type="gramEnd"/>
            <w:r w:rsidRPr="009C0FA0">
              <w:rPr>
                <w:color w:val="000000" w:themeColor="text1"/>
                <w:sz w:val="20"/>
              </w:rPr>
              <w:t xml:space="preserve"> </w:t>
            </w:r>
            <w:r w:rsidR="00E17B4C" w:rsidRPr="009C0FA0">
              <w:rPr>
                <w:rFonts w:eastAsia="맑은 고딕" w:hint="eastAsia"/>
                <w:color w:val="000000" w:themeColor="text1"/>
                <w:sz w:val="20"/>
                <w:lang w:eastAsia="ko-KR"/>
              </w:rPr>
              <w:t xml:space="preserve"> </w:t>
            </w:r>
            <w:r w:rsidR="00E17B4C" w:rsidRPr="009C0FA0">
              <w:rPr>
                <w:rFonts w:eastAsia="맑은 고딕"/>
                <w:color w:val="000000" w:themeColor="text1"/>
                <w:sz w:val="20"/>
                <w:lang w:eastAsia="ko-KR"/>
              </w:rPr>
              <w:t>Other</w:t>
            </w:r>
            <w:r w:rsidR="00E17B4C" w:rsidRPr="009C0FA0">
              <w:rPr>
                <w:rFonts w:eastAsia="맑은 고딕" w:hint="eastAsia"/>
                <w:color w:val="000000" w:themeColor="text1"/>
                <w:sz w:val="20"/>
                <w:lang w:eastAsia="ko-KR"/>
              </w:rPr>
              <w:t xml:space="preserve"> </w:t>
            </w:r>
          </w:p>
          <w:p w14:paraId="46ED2447" w14:textId="22DA5D7E" w:rsidR="00E17B4C" w:rsidRPr="009C0FA0" w:rsidRDefault="00E17B4C">
            <w:pPr>
              <w:rPr>
                <w:rFonts w:eastAsia="맑은 고딕"/>
                <w:color w:val="000000" w:themeColor="text1"/>
                <w:lang w:eastAsia="ko-KR"/>
              </w:rPr>
            </w:pPr>
            <w:r w:rsidRPr="009C0FA0">
              <w:rPr>
                <w:rFonts w:eastAsia="맑은 고딕"/>
                <w:color w:val="000000" w:themeColor="text1"/>
                <w:sz w:val="20"/>
                <w:lang w:eastAsia="ko-KR"/>
              </w:rPr>
              <w:t>Description:</w:t>
            </w:r>
          </w:p>
        </w:tc>
      </w:tr>
      <w:tr w:rsidR="006B2F6E" w:rsidRPr="009C0FA0" w14:paraId="6BE45EF3" w14:textId="77777777" w:rsidTr="004B09C2">
        <w:trPr>
          <w:trHeight w:val="490"/>
          <w:jc w:val="center"/>
        </w:trPr>
        <w:tc>
          <w:tcPr>
            <w:tcW w:w="3600" w:type="dxa"/>
            <w:shd w:val="clear" w:color="auto" w:fill="F0F4F8"/>
            <w:tcMar>
              <w:top w:w="100" w:type="dxa"/>
              <w:left w:w="150" w:type="dxa"/>
              <w:bottom w:w="100" w:type="dxa"/>
              <w:right w:w="150" w:type="dxa"/>
            </w:tcMar>
          </w:tcPr>
          <w:p w14:paraId="116509FB" w14:textId="77777777" w:rsidR="006B2F6E" w:rsidRPr="009C0FA0" w:rsidRDefault="007C58C6">
            <w:pPr>
              <w:rPr>
                <w:color w:val="000000" w:themeColor="text1"/>
              </w:rPr>
            </w:pPr>
            <w:r w:rsidRPr="009C0FA0">
              <w:rPr>
                <w:b/>
                <w:color w:val="000000" w:themeColor="text1"/>
                <w:sz w:val="20"/>
              </w:rPr>
              <w:t>Target Number of Trainees (Workforce Size)</w:t>
            </w:r>
          </w:p>
        </w:tc>
        <w:tc>
          <w:tcPr>
            <w:tcW w:w="5760" w:type="dxa"/>
            <w:tcMar>
              <w:top w:w="100" w:type="dxa"/>
              <w:left w:w="150" w:type="dxa"/>
              <w:bottom w:w="100" w:type="dxa"/>
              <w:right w:w="150" w:type="dxa"/>
            </w:tcMar>
          </w:tcPr>
          <w:p w14:paraId="5DF87BCE" w14:textId="466847D9" w:rsidR="0091577F" w:rsidRDefault="00402471">
            <w:pPr>
              <w:rPr>
                <w:rFonts w:eastAsia="맑은 고딕"/>
                <w:color w:val="000000" w:themeColor="text1"/>
                <w:sz w:val="20"/>
                <w:lang w:eastAsia="ko-KR"/>
              </w:rPr>
            </w:pPr>
            <w:r w:rsidRPr="009C0FA0">
              <w:rPr>
                <w:color w:val="000000" w:themeColor="text1"/>
                <w:sz w:val="20"/>
              </w:rPr>
              <w:t>[</w:t>
            </w:r>
            <w:r w:rsidR="008344EA">
              <w:rPr>
                <w:rFonts w:eastAsia="맑은 고딕" w:hint="eastAsia"/>
                <w:color w:val="000000" w:themeColor="text1"/>
                <w:sz w:val="20"/>
                <w:lang w:eastAsia="ko-KR"/>
              </w:rPr>
              <w:t xml:space="preserve"> </w:t>
            </w:r>
            <w:proofErr w:type="gramStart"/>
            <w:r w:rsidRPr="009C0FA0">
              <w:rPr>
                <w:color w:val="000000" w:themeColor="text1"/>
                <w:sz w:val="20"/>
              </w:rPr>
              <w:t xml:space="preserve">  ]</w:t>
            </w:r>
            <w:proofErr w:type="gramEnd"/>
            <w:r w:rsidRPr="009C0FA0">
              <w:rPr>
                <w:color w:val="000000" w:themeColor="text1"/>
                <w:sz w:val="20"/>
              </w:rPr>
              <w:t xml:space="preserve"> </w:t>
            </w:r>
            <w:r w:rsidR="008344EA" w:rsidRPr="008344EA">
              <w:rPr>
                <w:rFonts w:eastAsia="맑은 고딕"/>
                <w:color w:val="000000" w:themeColor="text1"/>
                <w:sz w:val="20"/>
                <w:lang w:eastAsia="ko-KR"/>
              </w:rPr>
              <w:t xml:space="preserve">Incumbent Worker </w:t>
            </w:r>
            <w:proofErr w:type="gramStart"/>
            <w:r w:rsidR="008344EA" w:rsidRPr="008344EA">
              <w:rPr>
                <w:rFonts w:eastAsia="맑은 고딕"/>
                <w:color w:val="000000" w:themeColor="text1"/>
                <w:sz w:val="20"/>
                <w:lang w:eastAsia="ko-KR"/>
              </w:rPr>
              <w:t>Training</w:t>
            </w:r>
            <w:r w:rsidRPr="009C0FA0">
              <w:rPr>
                <w:rFonts w:eastAsia="맑은 고딕" w:hint="eastAsia"/>
                <w:color w:val="000000" w:themeColor="text1"/>
                <w:sz w:val="20"/>
                <w:lang w:eastAsia="ko-KR"/>
              </w:rPr>
              <w:t xml:space="preserve"> </w:t>
            </w:r>
            <w:r w:rsidR="0091577F">
              <w:rPr>
                <w:rFonts w:eastAsia="맑은 고딕" w:hint="eastAsia"/>
                <w:color w:val="000000" w:themeColor="text1"/>
                <w:sz w:val="20"/>
                <w:lang w:eastAsia="ko-KR"/>
              </w:rPr>
              <w:t xml:space="preserve"> (</w:t>
            </w:r>
            <w:proofErr w:type="gramEnd"/>
            <w:r w:rsidRPr="009C0FA0">
              <w:rPr>
                <w:rFonts w:eastAsia="맑은 고딕" w:hint="eastAsia"/>
                <w:color w:val="000000" w:themeColor="text1"/>
                <w:sz w:val="20"/>
                <w:lang w:eastAsia="ko-KR"/>
              </w:rPr>
              <w:t xml:space="preserve">  </w:t>
            </w:r>
            <w:r w:rsidR="008344EA">
              <w:rPr>
                <w:rFonts w:eastAsia="맑은 고딕" w:hint="eastAsia"/>
                <w:color w:val="000000" w:themeColor="text1"/>
                <w:sz w:val="20"/>
                <w:lang w:eastAsia="ko-KR"/>
              </w:rPr>
              <w:t xml:space="preserve">   </w:t>
            </w:r>
            <w:r w:rsidR="0091577F">
              <w:rPr>
                <w:rFonts w:eastAsia="맑은 고딕" w:hint="eastAsia"/>
                <w:color w:val="000000" w:themeColor="text1"/>
                <w:sz w:val="20"/>
                <w:lang w:eastAsia="ko-KR"/>
              </w:rPr>
              <w:t xml:space="preserve">  </w:t>
            </w:r>
            <w:r w:rsidR="008344EA">
              <w:rPr>
                <w:rFonts w:eastAsia="맑은 고딕" w:hint="eastAsia"/>
                <w:color w:val="000000" w:themeColor="text1"/>
                <w:sz w:val="20"/>
                <w:lang w:eastAsia="ko-KR"/>
              </w:rPr>
              <w:t xml:space="preserve">  </w:t>
            </w:r>
            <w:r w:rsidR="0091577F">
              <w:rPr>
                <w:rFonts w:eastAsia="맑은 고딕" w:hint="eastAsia"/>
                <w:color w:val="000000" w:themeColor="text1"/>
                <w:sz w:val="20"/>
                <w:lang w:eastAsia="ko-KR"/>
              </w:rPr>
              <w:t xml:space="preserve">     </w:t>
            </w:r>
            <w:proofErr w:type="gramStart"/>
            <w:r w:rsidR="0091577F">
              <w:rPr>
                <w:rFonts w:eastAsia="맑은 고딕" w:hint="eastAsia"/>
                <w:color w:val="000000" w:themeColor="text1"/>
                <w:sz w:val="20"/>
                <w:lang w:eastAsia="ko-KR"/>
              </w:rPr>
              <w:t xml:space="preserve">  )</w:t>
            </w:r>
            <w:proofErr w:type="gramEnd"/>
            <w:r w:rsidRPr="009C0FA0">
              <w:rPr>
                <w:rFonts w:eastAsia="맑은 고딕" w:hint="eastAsia"/>
                <w:color w:val="000000" w:themeColor="text1"/>
                <w:sz w:val="20"/>
                <w:lang w:eastAsia="ko-KR"/>
              </w:rPr>
              <w:t xml:space="preserve"> </w:t>
            </w:r>
          </w:p>
          <w:p w14:paraId="6C3C99C7" w14:textId="29991777" w:rsidR="008344EA" w:rsidRPr="008344EA" w:rsidRDefault="00402471">
            <w:pPr>
              <w:rPr>
                <w:rFonts w:eastAsia="맑은 고딕"/>
                <w:color w:val="000000" w:themeColor="text1"/>
                <w:sz w:val="20"/>
                <w:lang w:eastAsia="ko-KR"/>
              </w:rPr>
            </w:pPr>
            <w:r w:rsidRPr="009C0FA0">
              <w:rPr>
                <w:color w:val="000000" w:themeColor="text1"/>
                <w:sz w:val="20"/>
              </w:rPr>
              <w:t xml:space="preserve">[ </w:t>
            </w:r>
            <w:proofErr w:type="gramStart"/>
            <w:r w:rsidR="00D65C7B" w:rsidRPr="009C0FA0">
              <w:rPr>
                <w:rFonts w:eastAsia="맑은 고딕" w:hint="eastAsia"/>
                <w:color w:val="000000" w:themeColor="text1"/>
                <w:sz w:val="20"/>
                <w:lang w:eastAsia="ko-KR"/>
              </w:rPr>
              <w:t xml:space="preserve"> </w:t>
            </w:r>
            <w:r w:rsidRPr="009C0FA0">
              <w:rPr>
                <w:color w:val="000000" w:themeColor="text1"/>
                <w:sz w:val="20"/>
              </w:rPr>
              <w:t xml:space="preserve"> </w:t>
            </w:r>
            <w:r w:rsidR="008344EA">
              <w:rPr>
                <w:rFonts w:eastAsia="맑은 고딕" w:hint="eastAsia"/>
                <w:color w:val="000000" w:themeColor="text1"/>
                <w:sz w:val="20"/>
                <w:lang w:eastAsia="ko-KR"/>
              </w:rPr>
              <w:t>]</w:t>
            </w:r>
            <w:proofErr w:type="gramEnd"/>
            <w:r w:rsidR="008344EA">
              <w:rPr>
                <w:rFonts w:eastAsia="맑은 고딕" w:hint="eastAsia"/>
                <w:color w:val="000000" w:themeColor="text1"/>
                <w:sz w:val="20"/>
                <w:lang w:eastAsia="ko-KR"/>
              </w:rPr>
              <w:t xml:space="preserve"> </w:t>
            </w:r>
            <w:r w:rsidR="008344EA" w:rsidRPr="008344EA">
              <w:rPr>
                <w:rFonts w:eastAsia="맑은 고딕"/>
                <w:color w:val="000000" w:themeColor="text1"/>
                <w:sz w:val="20"/>
                <w:lang w:eastAsia="ko-KR"/>
              </w:rPr>
              <w:t xml:space="preserve">Pre-Employment Training </w:t>
            </w:r>
            <w:proofErr w:type="gramStart"/>
            <w:r w:rsidR="0091577F">
              <w:rPr>
                <w:rFonts w:eastAsia="맑은 고딕" w:hint="eastAsia"/>
                <w:color w:val="000000" w:themeColor="text1"/>
                <w:sz w:val="20"/>
                <w:lang w:eastAsia="ko-KR"/>
              </w:rPr>
              <w:t xml:space="preserve">(  </w:t>
            </w:r>
            <w:proofErr w:type="gramEnd"/>
            <w:r w:rsidR="0091577F">
              <w:rPr>
                <w:rFonts w:eastAsia="맑은 고딕" w:hint="eastAsia"/>
                <w:color w:val="000000" w:themeColor="text1"/>
                <w:sz w:val="20"/>
                <w:lang w:eastAsia="ko-KR"/>
              </w:rPr>
              <w:t xml:space="preserve"> </w:t>
            </w:r>
            <w:r w:rsidR="008344EA">
              <w:rPr>
                <w:rFonts w:eastAsia="맑은 고딕" w:hint="eastAsia"/>
                <w:color w:val="000000" w:themeColor="text1"/>
                <w:sz w:val="20"/>
                <w:lang w:eastAsia="ko-KR"/>
              </w:rPr>
              <w:t xml:space="preserve">  </w:t>
            </w:r>
            <w:r w:rsidR="0091577F">
              <w:rPr>
                <w:rFonts w:eastAsia="맑은 고딕" w:hint="eastAsia"/>
                <w:color w:val="000000" w:themeColor="text1"/>
                <w:sz w:val="20"/>
                <w:lang w:eastAsia="ko-KR"/>
              </w:rPr>
              <w:t xml:space="preserve">  </w:t>
            </w:r>
            <w:r w:rsidR="008344EA">
              <w:rPr>
                <w:rFonts w:eastAsia="맑은 고딕" w:hint="eastAsia"/>
                <w:color w:val="000000" w:themeColor="text1"/>
                <w:sz w:val="20"/>
                <w:lang w:eastAsia="ko-KR"/>
              </w:rPr>
              <w:t xml:space="preserve"> </w:t>
            </w:r>
            <w:r w:rsidR="0091577F">
              <w:rPr>
                <w:rFonts w:eastAsia="맑은 고딕" w:hint="eastAsia"/>
                <w:color w:val="000000" w:themeColor="text1"/>
                <w:sz w:val="20"/>
                <w:lang w:eastAsia="ko-KR"/>
              </w:rPr>
              <w:t xml:space="preserve">    </w:t>
            </w:r>
            <w:proofErr w:type="gramStart"/>
            <w:r w:rsidR="0091577F">
              <w:rPr>
                <w:rFonts w:eastAsia="맑은 고딕" w:hint="eastAsia"/>
                <w:color w:val="000000" w:themeColor="text1"/>
                <w:sz w:val="20"/>
                <w:lang w:eastAsia="ko-KR"/>
              </w:rPr>
              <w:t xml:space="preserve">  )</w:t>
            </w:r>
            <w:proofErr w:type="gramEnd"/>
          </w:p>
        </w:tc>
      </w:tr>
    </w:tbl>
    <w:p w14:paraId="3E6E6D57" w14:textId="77777777" w:rsidR="00E17B4C" w:rsidRPr="009C0FA0" w:rsidRDefault="00E17B4C">
      <w:pPr>
        <w:spacing w:before="240" w:after="120"/>
        <w:rPr>
          <w:rFonts w:ascii="Arial" w:eastAsia="맑은 고딕" w:hAnsi="Arial"/>
          <w:b/>
          <w:color w:val="000000" w:themeColor="text1"/>
          <w:sz w:val="24"/>
          <w:lang w:eastAsia="ko-KR"/>
        </w:rPr>
      </w:pPr>
    </w:p>
    <w:p w14:paraId="331B93A1" w14:textId="2B678BE4" w:rsidR="006B2F6E" w:rsidRPr="009C0FA0" w:rsidRDefault="007C58C6">
      <w:pPr>
        <w:spacing w:before="240" w:after="120"/>
        <w:rPr>
          <w:color w:val="000000" w:themeColor="text1"/>
        </w:rPr>
      </w:pPr>
      <w:r w:rsidRPr="009C0FA0">
        <w:rPr>
          <w:rFonts w:ascii="Arial" w:hAnsi="Arial"/>
          <w:b/>
          <w:color w:val="000000" w:themeColor="text1"/>
          <w:sz w:val="24"/>
        </w:rPr>
        <w:t>4. WELDING EQUIPMENT INVENTORY</w:t>
      </w:r>
    </w:p>
    <w:p w14:paraId="43FB4B00" w14:textId="216BC591" w:rsidR="006B2F6E" w:rsidRPr="009C0FA0" w:rsidRDefault="007C58C6">
      <w:pPr>
        <w:rPr>
          <w:rFonts w:eastAsia="맑은 고딕"/>
          <w:color w:val="000000" w:themeColor="text1"/>
          <w:sz w:val="20"/>
          <w:lang w:eastAsia="ko-KR"/>
        </w:rPr>
      </w:pPr>
      <w:r w:rsidRPr="009C0FA0">
        <w:rPr>
          <w:color w:val="000000" w:themeColor="text1"/>
          <w:sz w:val="20"/>
        </w:rPr>
        <w:t>Please specify the welding equipment currently owned and available at your facility:</w:t>
      </w:r>
    </w:p>
    <w:p w14:paraId="1C608577" w14:textId="5EFF2638" w:rsidR="00A1506B" w:rsidRPr="009C0FA0" w:rsidRDefault="00A1506B" w:rsidP="00034ABD">
      <w:pPr>
        <w:spacing w:before="240" w:after="120"/>
        <w:rPr>
          <w:rFonts w:ascii="Arial" w:eastAsia="맑은 고딕" w:hAnsi="Arial"/>
          <w:b/>
          <w:color w:val="000000" w:themeColor="text1"/>
          <w:sz w:val="24"/>
          <w:lang w:eastAsia="ko-KR"/>
        </w:rPr>
      </w:pPr>
    </w:p>
    <w:tbl>
      <w:tblPr>
        <w:tblOverlap w:val="never"/>
        <w:tblW w:w="9220" w:type="dxa"/>
        <w:tblCellMar>
          <w:top w:w="15" w:type="dxa"/>
          <w:left w:w="15" w:type="dxa"/>
          <w:bottom w:w="15" w:type="dxa"/>
          <w:right w:w="15" w:type="dxa"/>
        </w:tblCellMar>
        <w:tblLook w:val="04A0" w:firstRow="1" w:lastRow="0" w:firstColumn="1" w:lastColumn="0" w:noHBand="0" w:noVBand="1"/>
      </w:tblPr>
      <w:tblGrid>
        <w:gridCol w:w="1268"/>
        <w:gridCol w:w="1270"/>
        <w:gridCol w:w="6682"/>
      </w:tblGrid>
      <w:tr w:rsidR="005E297E" w:rsidRPr="009C0FA0" w14:paraId="1B145872" w14:textId="77777777" w:rsidTr="00034ABD">
        <w:trPr>
          <w:trHeight w:val="709"/>
        </w:trPr>
        <w:tc>
          <w:tcPr>
            <w:tcW w:w="2538" w:type="dxa"/>
            <w:gridSpan w:val="2"/>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636E0A58" w14:textId="77777777" w:rsidR="005E297E" w:rsidRPr="00CD458C" w:rsidRDefault="005E297E" w:rsidP="005E297E">
            <w:pPr>
              <w:rPr>
                <w:rFonts w:eastAsia="맑은 고딕"/>
                <w:b/>
                <w:color w:val="000000" w:themeColor="text1"/>
                <w:sz w:val="20"/>
                <w:lang w:eastAsia="ko-KR"/>
              </w:rPr>
            </w:pPr>
            <w:r w:rsidRPr="00CD458C">
              <w:rPr>
                <w:rFonts w:eastAsia="맑은 고딕"/>
                <w:b/>
                <w:color w:val="000000" w:themeColor="text1"/>
                <w:sz w:val="20"/>
                <w:lang w:eastAsia="ko-KR"/>
              </w:rPr>
              <w:t xml:space="preserve">Subject (Skill) </w:t>
            </w: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8FCF67"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Welding (FCAW 3G)</w:t>
            </w:r>
          </w:p>
        </w:tc>
      </w:tr>
      <w:tr w:rsidR="005E297E" w:rsidRPr="009C0FA0" w14:paraId="388F780B" w14:textId="77777777" w:rsidTr="00034ABD">
        <w:trPr>
          <w:trHeight w:val="709"/>
        </w:trPr>
        <w:tc>
          <w:tcPr>
            <w:tcW w:w="2538" w:type="dxa"/>
            <w:gridSpan w:val="2"/>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7691BF77" w14:textId="77777777" w:rsidR="005E297E" w:rsidRPr="00CD458C" w:rsidRDefault="005E297E" w:rsidP="005E297E">
            <w:pPr>
              <w:rPr>
                <w:rFonts w:eastAsia="맑은 고딕"/>
                <w:b/>
                <w:color w:val="000000" w:themeColor="text1"/>
                <w:sz w:val="20"/>
                <w:lang w:eastAsia="ko-KR"/>
              </w:rPr>
            </w:pPr>
            <w:r w:rsidRPr="00CD458C">
              <w:rPr>
                <w:rFonts w:eastAsia="맑은 고딕"/>
                <w:b/>
                <w:color w:val="000000" w:themeColor="text1"/>
                <w:sz w:val="20"/>
                <w:lang w:eastAsia="ko-KR"/>
              </w:rPr>
              <w:t>PAX</w:t>
            </w: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6B1EF5" w14:textId="77777777" w:rsidR="005E297E" w:rsidRPr="009C0FA0" w:rsidRDefault="005E297E" w:rsidP="005E297E">
            <w:pPr>
              <w:rPr>
                <w:rFonts w:eastAsia="맑은 고딕"/>
                <w:color w:val="000000" w:themeColor="text1"/>
                <w:lang w:eastAsia="ko-KR"/>
              </w:rPr>
            </w:pPr>
          </w:p>
        </w:tc>
      </w:tr>
      <w:tr w:rsidR="005E297E" w:rsidRPr="009C0FA0" w14:paraId="4EA05123" w14:textId="77777777" w:rsidTr="00034ABD">
        <w:trPr>
          <w:trHeight w:val="739"/>
        </w:trPr>
        <w:tc>
          <w:tcPr>
            <w:tcW w:w="2538" w:type="dxa"/>
            <w:gridSpan w:val="2"/>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72FD0C12" w14:textId="77777777" w:rsidR="005E297E" w:rsidRPr="00CD458C" w:rsidRDefault="005E297E" w:rsidP="005E297E">
            <w:pPr>
              <w:rPr>
                <w:rFonts w:eastAsia="맑은 고딕"/>
                <w:b/>
                <w:color w:val="000000" w:themeColor="text1"/>
                <w:sz w:val="20"/>
                <w:lang w:eastAsia="ko-KR"/>
              </w:rPr>
            </w:pPr>
            <w:r w:rsidRPr="00CD458C">
              <w:rPr>
                <w:rFonts w:eastAsia="맑은 고딕"/>
                <w:b/>
                <w:color w:val="000000" w:themeColor="text1"/>
                <w:sz w:val="20"/>
                <w:lang w:eastAsia="ko-KR"/>
              </w:rPr>
              <w:t>Period (Date)</w:t>
            </w: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C4F2B7" w14:textId="77777777" w:rsidR="005E297E" w:rsidRPr="009C0FA0" w:rsidRDefault="005E297E" w:rsidP="005E297E">
            <w:pPr>
              <w:rPr>
                <w:rFonts w:eastAsia="맑은 고딕"/>
                <w:color w:val="000000" w:themeColor="text1"/>
                <w:lang w:eastAsia="ko-KR"/>
              </w:rPr>
            </w:pPr>
            <w:proofErr w:type="spellStart"/>
            <w:r w:rsidRPr="009C0FA0">
              <w:rPr>
                <w:rFonts w:eastAsia="맑은 고딕"/>
                <w:color w:val="000000" w:themeColor="text1"/>
                <w:lang w:eastAsia="ko-KR"/>
              </w:rPr>
              <w:t>yyyy</w:t>
            </w:r>
            <w:proofErr w:type="spellEnd"/>
            <w:r w:rsidRPr="009C0FA0">
              <w:rPr>
                <w:rFonts w:eastAsia="맑은 고딕"/>
                <w:color w:val="000000" w:themeColor="text1"/>
                <w:lang w:eastAsia="ko-KR"/>
              </w:rPr>
              <w:t xml:space="preserve">. mm. dd ~ </w:t>
            </w:r>
            <w:proofErr w:type="spellStart"/>
            <w:r w:rsidRPr="009C0FA0">
              <w:rPr>
                <w:rFonts w:eastAsia="맑은 고딕"/>
                <w:color w:val="000000" w:themeColor="text1"/>
                <w:lang w:eastAsia="ko-KR"/>
              </w:rPr>
              <w:t>yyyy</w:t>
            </w:r>
            <w:proofErr w:type="spellEnd"/>
            <w:r w:rsidRPr="009C0FA0">
              <w:rPr>
                <w:rFonts w:eastAsia="맑은 고딕"/>
                <w:color w:val="000000" w:themeColor="text1"/>
                <w:lang w:eastAsia="ko-KR"/>
              </w:rPr>
              <w:t>. mm. dd (OOO Hours)</w:t>
            </w:r>
          </w:p>
        </w:tc>
      </w:tr>
      <w:tr w:rsidR="005E297E" w:rsidRPr="009C0FA0" w14:paraId="02498B78" w14:textId="77777777" w:rsidTr="00034ABD">
        <w:trPr>
          <w:trHeight w:val="462"/>
        </w:trPr>
        <w:tc>
          <w:tcPr>
            <w:tcW w:w="1268" w:type="dxa"/>
            <w:vMerge w:val="restart"/>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775592E3" w14:textId="77777777" w:rsidR="005E297E" w:rsidRPr="00CD458C" w:rsidRDefault="005E297E" w:rsidP="005E297E">
            <w:pPr>
              <w:rPr>
                <w:rFonts w:eastAsia="맑은 고딕"/>
                <w:b/>
                <w:color w:val="000000" w:themeColor="text1"/>
                <w:sz w:val="20"/>
                <w:lang w:eastAsia="ko-KR"/>
              </w:rPr>
            </w:pPr>
            <w:r w:rsidRPr="00CD458C">
              <w:rPr>
                <w:rFonts w:eastAsia="맑은 고딕"/>
                <w:b/>
                <w:color w:val="000000" w:themeColor="text1"/>
                <w:sz w:val="20"/>
                <w:lang w:eastAsia="ko-KR"/>
              </w:rPr>
              <w:t>Facility</w:t>
            </w:r>
          </w:p>
        </w:tc>
        <w:tc>
          <w:tcPr>
            <w:tcW w:w="1270" w:type="dxa"/>
            <w:vMerge w:val="restart"/>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28F1133D" w14:textId="77777777" w:rsidR="005E297E" w:rsidRPr="00CD458C" w:rsidRDefault="005E297E" w:rsidP="005E297E">
            <w:pPr>
              <w:rPr>
                <w:rFonts w:eastAsia="맑은 고딕"/>
                <w:b/>
                <w:color w:val="000000" w:themeColor="text1"/>
                <w:sz w:val="20"/>
                <w:lang w:eastAsia="ko-KR"/>
              </w:rPr>
            </w:pPr>
            <w:r w:rsidRPr="00CD458C">
              <w:rPr>
                <w:rFonts w:eastAsia="맑은 고딕"/>
                <w:b/>
                <w:color w:val="000000" w:themeColor="text1"/>
                <w:sz w:val="20"/>
                <w:lang w:eastAsia="ko-KR"/>
              </w:rPr>
              <w:t>Lecture</w:t>
            </w: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C05EC4D"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Lecture </w:t>
            </w:r>
            <w:proofErr w:type="gramStart"/>
            <w:r w:rsidRPr="009C0FA0">
              <w:rPr>
                <w:rFonts w:eastAsia="맑은 고딕"/>
                <w:color w:val="000000" w:themeColor="text1"/>
                <w:lang w:eastAsia="ko-KR"/>
              </w:rPr>
              <w:t>room</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Size and capacity</w:t>
            </w:r>
            <w:r w:rsidRPr="009C0FA0">
              <w:rPr>
                <w:rFonts w:eastAsia="맑은 고딕" w:hint="eastAsia"/>
                <w:color w:val="000000" w:themeColor="text1"/>
                <w:lang w:eastAsia="ko-KR"/>
              </w:rPr>
              <w:t>)</w:t>
            </w:r>
          </w:p>
          <w:p w14:paraId="2F84F69F" w14:textId="77777777" w:rsidR="00034ABD" w:rsidRPr="009C0FA0" w:rsidRDefault="00034ABD" w:rsidP="005E297E">
            <w:pPr>
              <w:rPr>
                <w:rFonts w:eastAsia="맑은 고딕"/>
                <w:color w:val="000000" w:themeColor="text1"/>
                <w:lang w:eastAsia="ko-KR"/>
              </w:rPr>
            </w:pPr>
          </w:p>
          <w:p w14:paraId="437BDFE7" w14:textId="74A838FD" w:rsidR="00034ABD" w:rsidRPr="009C0FA0" w:rsidRDefault="00034ABD" w:rsidP="005E297E">
            <w:pPr>
              <w:rPr>
                <w:rFonts w:eastAsia="맑은 고딕"/>
                <w:color w:val="000000" w:themeColor="text1"/>
                <w:lang w:eastAsia="ko-KR"/>
              </w:rPr>
            </w:pPr>
          </w:p>
        </w:tc>
      </w:tr>
      <w:tr w:rsidR="005E297E" w:rsidRPr="009C0FA0" w14:paraId="4183A8AA" w14:textId="77777777" w:rsidTr="00034ABD">
        <w:trPr>
          <w:trHeight w:val="431"/>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A78394F" w14:textId="77777777" w:rsidR="005E297E" w:rsidRPr="009C0FA0" w:rsidRDefault="005E297E" w:rsidP="005E297E">
            <w:pPr>
              <w:rPr>
                <w:b/>
                <w:color w:val="000000" w:themeColor="text1"/>
                <w:sz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13B66D0" w14:textId="77777777" w:rsidR="005E297E" w:rsidRPr="009C0FA0" w:rsidRDefault="005E297E" w:rsidP="005E297E">
            <w:pPr>
              <w:rPr>
                <w:b/>
                <w:color w:val="000000" w:themeColor="text1"/>
                <w:sz w:val="20"/>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2787A0"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PC/Laptop and peripheral device</w:t>
            </w:r>
          </w:p>
          <w:p w14:paraId="6908C891" w14:textId="77777777" w:rsidR="00034ABD" w:rsidRPr="009C0FA0" w:rsidRDefault="00034ABD" w:rsidP="005E297E">
            <w:pPr>
              <w:rPr>
                <w:rFonts w:eastAsia="맑은 고딕"/>
                <w:color w:val="000000" w:themeColor="text1"/>
                <w:lang w:eastAsia="ko-KR"/>
              </w:rPr>
            </w:pPr>
          </w:p>
          <w:p w14:paraId="6EE4259B" w14:textId="217DC08B" w:rsidR="00034ABD" w:rsidRPr="009C0FA0" w:rsidRDefault="00034ABD" w:rsidP="005E297E">
            <w:pPr>
              <w:rPr>
                <w:rFonts w:eastAsia="맑은 고딕"/>
                <w:color w:val="000000" w:themeColor="text1"/>
                <w:lang w:eastAsia="ko-KR"/>
              </w:rPr>
            </w:pPr>
          </w:p>
        </w:tc>
      </w:tr>
      <w:tr w:rsidR="005E297E" w:rsidRPr="009C0FA0" w14:paraId="182161D5"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72EA5740" w14:textId="77777777" w:rsidR="005E297E" w:rsidRPr="009C0FA0" w:rsidRDefault="005E297E" w:rsidP="005E297E">
            <w:pPr>
              <w:rPr>
                <w:b/>
                <w:color w:val="000000" w:themeColor="text1"/>
                <w:sz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232215C2" w14:textId="77777777" w:rsidR="005E297E" w:rsidRPr="009C0FA0" w:rsidRDefault="005E297E" w:rsidP="005E297E">
            <w:pPr>
              <w:rPr>
                <w:b/>
                <w:color w:val="000000" w:themeColor="text1"/>
                <w:sz w:val="20"/>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EB09E2"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Desk / Chair</w:t>
            </w:r>
          </w:p>
          <w:p w14:paraId="491AAD3D" w14:textId="77777777" w:rsidR="00034ABD" w:rsidRPr="009C0FA0" w:rsidRDefault="00034ABD" w:rsidP="005E297E">
            <w:pPr>
              <w:rPr>
                <w:rFonts w:eastAsia="맑은 고딕"/>
                <w:color w:val="000000" w:themeColor="text1"/>
                <w:lang w:eastAsia="ko-KR"/>
              </w:rPr>
            </w:pPr>
          </w:p>
          <w:p w14:paraId="6DA96F58" w14:textId="54E964FA" w:rsidR="00034ABD" w:rsidRPr="009C0FA0" w:rsidRDefault="00034ABD" w:rsidP="005E297E">
            <w:pPr>
              <w:rPr>
                <w:rFonts w:eastAsia="맑은 고딕"/>
                <w:color w:val="000000" w:themeColor="text1"/>
                <w:lang w:eastAsia="ko-KR"/>
              </w:rPr>
            </w:pPr>
          </w:p>
        </w:tc>
      </w:tr>
      <w:tr w:rsidR="005E297E" w:rsidRPr="009C0FA0" w14:paraId="6BF95AD2"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3B2DA5B" w14:textId="77777777" w:rsidR="005E297E" w:rsidRPr="009C0FA0" w:rsidRDefault="005E297E" w:rsidP="005E297E">
            <w:pPr>
              <w:rPr>
                <w:b/>
                <w:color w:val="000000" w:themeColor="text1"/>
                <w:sz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0F6FB4D2" w14:textId="77777777" w:rsidR="005E297E" w:rsidRPr="009C0FA0" w:rsidRDefault="005E297E" w:rsidP="005E297E">
            <w:pPr>
              <w:rPr>
                <w:b/>
                <w:color w:val="000000" w:themeColor="text1"/>
                <w:sz w:val="20"/>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AE152C" w14:textId="77777777" w:rsidR="005E297E" w:rsidRPr="009C0FA0" w:rsidRDefault="005E297E" w:rsidP="005E297E">
            <w:pPr>
              <w:rPr>
                <w:rFonts w:eastAsia="맑은 고딕"/>
                <w:color w:val="000000" w:themeColor="text1"/>
                <w:lang w:eastAsia="ko-KR"/>
              </w:rPr>
            </w:pPr>
            <w:proofErr w:type="gramStart"/>
            <w:r w:rsidRPr="009C0FA0">
              <w:rPr>
                <w:rFonts w:eastAsia="맑은 고딕"/>
                <w:color w:val="000000" w:themeColor="text1"/>
                <w:lang w:eastAsia="ko-KR"/>
              </w:rPr>
              <w:t>Others</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HVAC, Lighting, Sanitary facilities</w:t>
            </w:r>
            <w:r w:rsidRPr="009C0FA0">
              <w:rPr>
                <w:rFonts w:eastAsia="맑은 고딕" w:hint="eastAsia"/>
                <w:color w:val="000000" w:themeColor="text1"/>
                <w:lang w:eastAsia="ko-KR"/>
              </w:rPr>
              <w:t>)</w:t>
            </w:r>
          </w:p>
          <w:p w14:paraId="61492295" w14:textId="77777777" w:rsidR="00034ABD" w:rsidRPr="009C0FA0" w:rsidRDefault="00034ABD" w:rsidP="005E297E">
            <w:pPr>
              <w:rPr>
                <w:rFonts w:eastAsia="맑은 고딕"/>
                <w:color w:val="000000" w:themeColor="text1"/>
                <w:lang w:eastAsia="ko-KR"/>
              </w:rPr>
            </w:pPr>
          </w:p>
          <w:p w14:paraId="71ADDE6A" w14:textId="77777777" w:rsidR="00034ABD" w:rsidRPr="009C0FA0" w:rsidRDefault="00034ABD" w:rsidP="005E297E">
            <w:pPr>
              <w:rPr>
                <w:rFonts w:eastAsia="맑은 고딕"/>
                <w:color w:val="000000" w:themeColor="text1"/>
                <w:lang w:eastAsia="ko-KR"/>
              </w:rPr>
            </w:pPr>
          </w:p>
          <w:p w14:paraId="4B789502" w14:textId="77230869" w:rsidR="00034ABD" w:rsidRPr="009C0FA0" w:rsidRDefault="00034ABD" w:rsidP="005E297E">
            <w:pPr>
              <w:rPr>
                <w:rFonts w:eastAsia="맑은 고딕"/>
                <w:color w:val="000000" w:themeColor="text1"/>
                <w:lang w:eastAsia="ko-KR"/>
              </w:rPr>
            </w:pPr>
          </w:p>
        </w:tc>
      </w:tr>
      <w:tr w:rsidR="005E297E" w:rsidRPr="009C0FA0" w14:paraId="7B01B2CC"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81E161C" w14:textId="77777777" w:rsidR="005E297E" w:rsidRPr="009C0FA0" w:rsidRDefault="005E297E" w:rsidP="005E297E">
            <w:pPr>
              <w:rPr>
                <w:b/>
                <w:color w:val="000000" w:themeColor="text1"/>
                <w:sz w:val="20"/>
              </w:rPr>
            </w:pPr>
          </w:p>
        </w:tc>
        <w:tc>
          <w:tcPr>
            <w:tcW w:w="1270" w:type="dxa"/>
            <w:vMerge w:val="restart"/>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154318B3" w14:textId="77777777" w:rsidR="005E297E" w:rsidRPr="009C0FA0" w:rsidRDefault="005E297E" w:rsidP="005E297E">
            <w:pPr>
              <w:rPr>
                <w:b/>
                <w:color w:val="000000" w:themeColor="text1"/>
                <w:sz w:val="20"/>
              </w:rPr>
            </w:pPr>
            <w:r w:rsidRPr="009C0FA0">
              <w:rPr>
                <w:b/>
                <w:color w:val="000000" w:themeColor="text1"/>
                <w:sz w:val="20"/>
              </w:rPr>
              <w:t>Training</w:t>
            </w: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DF7D41"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Welding </w:t>
            </w:r>
            <w:proofErr w:type="gramStart"/>
            <w:r w:rsidRPr="009C0FA0">
              <w:rPr>
                <w:rFonts w:eastAsia="맑은 고딕"/>
                <w:color w:val="000000" w:themeColor="text1"/>
                <w:lang w:eastAsia="ko-KR"/>
              </w:rPr>
              <w:t>machine</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Quantity and specification</w:t>
            </w:r>
            <w:r w:rsidRPr="009C0FA0">
              <w:rPr>
                <w:rFonts w:eastAsia="맑은 고딕" w:hint="eastAsia"/>
                <w:color w:val="000000" w:themeColor="text1"/>
                <w:lang w:eastAsia="ko-KR"/>
              </w:rPr>
              <w:t>)</w:t>
            </w:r>
          </w:p>
          <w:p w14:paraId="7B9362C7" w14:textId="77777777" w:rsidR="00034ABD" w:rsidRPr="009C0FA0" w:rsidRDefault="00034ABD" w:rsidP="005E297E">
            <w:pPr>
              <w:rPr>
                <w:rFonts w:eastAsia="맑은 고딕"/>
                <w:color w:val="000000" w:themeColor="text1"/>
                <w:lang w:eastAsia="ko-KR"/>
              </w:rPr>
            </w:pPr>
          </w:p>
          <w:p w14:paraId="4A174D6A" w14:textId="76579B7C" w:rsidR="00034ABD" w:rsidRPr="009C0FA0" w:rsidRDefault="00034ABD" w:rsidP="005E297E">
            <w:pPr>
              <w:rPr>
                <w:rFonts w:eastAsia="맑은 고딕"/>
                <w:color w:val="000000" w:themeColor="text1"/>
                <w:lang w:eastAsia="ko-KR"/>
              </w:rPr>
            </w:pPr>
          </w:p>
        </w:tc>
      </w:tr>
      <w:tr w:rsidR="005E297E" w:rsidRPr="009C0FA0" w14:paraId="0AF390D1"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0B352D68"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121B9479"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BD58855"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Feeder and </w:t>
            </w:r>
            <w:proofErr w:type="gramStart"/>
            <w:r w:rsidRPr="009C0FA0">
              <w:rPr>
                <w:rFonts w:eastAsia="맑은 고딕"/>
                <w:color w:val="000000" w:themeColor="text1"/>
                <w:lang w:eastAsia="ko-KR"/>
              </w:rPr>
              <w:t>accessories</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Quantity and specification</w:t>
            </w:r>
            <w:r w:rsidRPr="009C0FA0">
              <w:rPr>
                <w:rFonts w:eastAsia="맑은 고딕" w:hint="eastAsia"/>
                <w:color w:val="000000" w:themeColor="text1"/>
                <w:lang w:eastAsia="ko-KR"/>
              </w:rPr>
              <w:t>)</w:t>
            </w:r>
          </w:p>
          <w:p w14:paraId="49EBEA4C" w14:textId="77777777" w:rsidR="00034ABD" w:rsidRPr="009C0FA0" w:rsidRDefault="00034ABD" w:rsidP="005E297E">
            <w:pPr>
              <w:rPr>
                <w:rFonts w:eastAsia="맑은 고딕"/>
                <w:color w:val="000000" w:themeColor="text1"/>
                <w:lang w:eastAsia="ko-KR"/>
              </w:rPr>
            </w:pPr>
          </w:p>
          <w:p w14:paraId="471BA772" w14:textId="1E89DBDF" w:rsidR="00034ABD" w:rsidRPr="009C0FA0" w:rsidRDefault="00034ABD" w:rsidP="005E297E">
            <w:pPr>
              <w:rPr>
                <w:rFonts w:eastAsia="맑은 고딕"/>
                <w:color w:val="000000" w:themeColor="text1"/>
                <w:lang w:eastAsia="ko-KR"/>
              </w:rPr>
            </w:pPr>
          </w:p>
        </w:tc>
      </w:tr>
      <w:tr w:rsidR="005E297E" w:rsidRPr="009C0FA0" w14:paraId="51BB6445"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3D075195"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CD188AF"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8083CDF"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Steel cutting machine for training material </w:t>
            </w:r>
            <w:proofErr w:type="gramStart"/>
            <w:r w:rsidRPr="009C0FA0">
              <w:rPr>
                <w:rFonts w:eastAsia="맑은 고딕"/>
                <w:color w:val="000000" w:themeColor="text1"/>
                <w:lang w:eastAsia="ko-KR"/>
              </w:rPr>
              <w:t>fabrication</w:t>
            </w:r>
            <w:r w:rsidRPr="009C0FA0">
              <w:rPr>
                <w:rFonts w:eastAsia="맑은 고딕" w:hint="eastAsia"/>
                <w:color w:val="000000" w:themeColor="text1"/>
                <w:lang w:eastAsia="ko-KR"/>
              </w:rPr>
              <w:t>(</w:t>
            </w:r>
            <w:proofErr w:type="gramEnd"/>
            <w:r w:rsidRPr="009C0FA0">
              <w:rPr>
                <w:rFonts w:eastAsia="맑은 고딕" w:hint="eastAsia"/>
                <w:color w:val="000000" w:themeColor="text1"/>
                <w:lang w:eastAsia="ko-KR"/>
              </w:rPr>
              <w:t>Type)</w:t>
            </w:r>
          </w:p>
          <w:p w14:paraId="5A6C7420" w14:textId="77777777" w:rsidR="00034ABD" w:rsidRPr="009C0FA0" w:rsidRDefault="00034ABD" w:rsidP="005E297E">
            <w:pPr>
              <w:rPr>
                <w:rFonts w:eastAsia="맑은 고딕"/>
                <w:color w:val="000000" w:themeColor="text1"/>
                <w:lang w:eastAsia="ko-KR"/>
              </w:rPr>
            </w:pPr>
          </w:p>
          <w:p w14:paraId="6D758D52" w14:textId="6495FC9B" w:rsidR="00034ABD" w:rsidRPr="009C0FA0" w:rsidRDefault="00034ABD" w:rsidP="005E297E">
            <w:pPr>
              <w:rPr>
                <w:rFonts w:eastAsia="맑은 고딕"/>
                <w:color w:val="000000" w:themeColor="text1"/>
                <w:lang w:eastAsia="ko-KR"/>
              </w:rPr>
            </w:pPr>
          </w:p>
        </w:tc>
      </w:tr>
      <w:tr w:rsidR="005E297E" w:rsidRPr="009C0FA0" w14:paraId="6091D4FA" w14:textId="77777777" w:rsidTr="00034ABD">
        <w:trPr>
          <w:trHeight w:val="431"/>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1D02910C"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06833502"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85A4314"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Working bench for welding / </w:t>
            </w:r>
            <w:proofErr w:type="gramStart"/>
            <w:r w:rsidRPr="009C0FA0">
              <w:rPr>
                <w:rFonts w:eastAsia="맑은 고딕"/>
                <w:color w:val="000000" w:themeColor="text1"/>
                <w:lang w:eastAsia="ko-KR"/>
              </w:rPr>
              <w:t>cutting</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Quantity</w:t>
            </w:r>
            <w:r w:rsidRPr="009C0FA0">
              <w:rPr>
                <w:rFonts w:eastAsia="맑은 고딕" w:hint="eastAsia"/>
                <w:color w:val="000000" w:themeColor="text1"/>
                <w:lang w:eastAsia="ko-KR"/>
              </w:rPr>
              <w:t>,</w:t>
            </w:r>
            <w:r w:rsidRPr="009C0FA0">
              <w:rPr>
                <w:rFonts w:eastAsia="맑은 고딕"/>
                <w:color w:val="000000" w:themeColor="text1"/>
                <w:lang w:eastAsia="ko-KR"/>
              </w:rPr>
              <w:t xml:space="preserve"> </w:t>
            </w:r>
            <w:r w:rsidRPr="009C0FA0">
              <w:rPr>
                <w:rFonts w:eastAsia="맑은 고딕" w:hint="eastAsia"/>
                <w:color w:val="000000" w:themeColor="text1"/>
                <w:lang w:eastAsia="ko-KR"/>
              </w:rPr>
              <w:t>Size of Welding booth and bench)</w:t>
            </w:r>
          </w:p>
          <w:p w14:paraId="2E7CCD20" w14:textId="77777777" w:rsidR="00034ABD" w:rsidRPr="009C0FA0" w:rsidRDefault="00034ABD" w:rsidP="005E297E">
            <w:pPr>
              <w:rPr>
                <w:rFonts w:eastAsia="맑은 고딕"/>
                <w:color w:val="000000" w:themeColor="text1"/>
                <w:lang w:eastAsia="ko-KR"/>
              </w:rPr>
            </w:pPr>
          </w:p>
          <w:p w14:paraId="72953151" w14:textId="68138365" w:rsidR="00034ABD" w:rsidRPr="009C0FA0" w:rsidRDefault="00034ABD" w:rsidP="005E297E">
            <w:pPr>
              <w:rPr>
                <w:rFonts w:eastAsia="맑은 고딕"/>
                <w:color w:val="000000" w:themeColor="text1"/>
                <w:lang w:eastAsia="ko-KR"/>
              </w:rPr>
            </w:pPr>
          </w:p>
        </w:tc>
      </w:tr>
      <w:tr w:rsidR="005E297E" w:rsidRPr="009C0FA0" w14:paraId="24ACBA63"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55A47208"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20B7765F"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072F335"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Scrubber / Dust </w:t>
            </w:r>
            <w:proofErr w:type="gramStart"/>
            <w:r w:rsidRPr="009C0FA0">
              <w:rPr>
                <w:rFonts w:eastAsia="맑은 고딕"/>
                <w:color w:val="000000" w:themeColor="text1"/>
                <w:lang w:eastAsia="ko-KR"/>
              </w:rPr>
              <w:t>collector</w:t>
            </w:r>
            <w:r w:rsidRPr="009C0FA0">
              <w:rPr>
                <w:rFonts w:eastAsia="맑은 고딕" w:hint="eastAsia"/>
                <w:color w:val="000000" w:themeColor="text1"/>
                <w:lang w:eastAsia="ko-KR"/>
              </w:rPr>
              <w:t>(</w:t>
            </w:r>
            <w:proofErr w:type="gramEnd"/>
            <w:r w:rsidRPr="009C0FA0">
              <w:rPr>
                <w:rFonts w:eastAsia="맑은 고딕"/>
                <w:color w:val="000000" w:themeColor="text1"/>
                <w:lang w:eastAsia="ko-KR"/>
              </w:rPr>
              <w:t>Installation status and capacity by booth</w:t>
            </w:r>
            <w:r w:rsidRPr="009C0FA0">
              <w:rPr>
                <w:rFonts w:eastAsia="맑은 고딕" w:hint="eastAsia"/>
                <w:color w:val="000000" w:themeColor="text1"/>
                <w:lang w:eastAsia="ko-KR"/>
              </w:rPr>
              <w:t>)</w:t>
            </w:r>
          </w:p>
          <w:p w14:paraId="046F1779" w14:textId="77777777" w:rsidR="00034ABD" w:rsidRPr="009C0FA0" w:rsidRDefault="00034ABD" w:rsidP="005E297E">
            <w:pPr>
              <w:rPr>
                <w:rFonts w:eastAsia="맑은 고딕"/>
                <w:color w:val="000000" w:themeColor="text1"/>
                <w:lang w:eastAsia="ko-KR"/>
              </w:rPr>
            </w:pPr>
          </w:p>
          <w:p w14:paraId="3944EFB5" w14:textId="2C71426D" w:rsidR="00034ABD" w:rsidRPr="009C0FA0" w:rsidRDefault="00034ABD" w:rsidP="005E297E">
            <w:pPr>
              <w:rPr>
                <w:rFonts w:eastAsia="맑은 고딕"/>
                <w:color w:val="000000" w:themeColor="text1"/>
                <w:lang w:eastAsia="ko-KR"/>
              </w:rPr>
            </w:pPr>
          </w:p>
        </w:tc>
      </w:tr>
      <w:tr w:rsidR="005E297E" w:rsidRPr="009C0FA0" w14:paraId="6C0C1020"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11773452"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251EE4CA"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67032A" w14:textId="77777777" w:rsidR="005E297E" w:rsidRPr="009C0FA0" w:rsidRDefault="005E297E" w:rsidP="005E297E">
            <w:pPr>
              <w:rPr>
                <w:rFonts w:eastAsia="맑은 고딕"/>
                <w:color w:val="000000" w:themeColor="text1"/>
                <w:lang w:eastAsia="ko-KR"/>
              </w:rPr>
            </w:pPr>
            <w:proofErr w:type="gramStart"/>
            <w:r w:rsidRPr="009C0FA0">
              <w:rPr>
                <w:rFonts w:eastAsia="맑은 고딕"/>
                <w:color w:val="000000" w:themeColor="text1"/>
                <w:lang w:eastAsia="ko-KR"/>
              </w:rPr>
              <w:t>Tools</w:t>
            </w:r>
            <w:r w:rsidR="00034ABD" w:rsidRPr="009C0FA0">
              <w:rPr>
                <w:rFonts w:eastAsia="맑은 고딕" w:hint="eastAsia"/>
                <w:color w:val="000000" w:themeColor="text1"/>
                <w:lang w:eastAsia="ko-KR"/>
              </w:rPr>
              <w:t>(</w:t>
            </w:r>
            <w:proofErr w:type="gramEnd"/>
            <w:r w:rsidR="00034ABD" w:rsidRPr="009C0FA0">
              <w:rPr>
                <w:rFonts w:eastAsia="맑은 고딕"/>
                <w:color w:val="000000" w:themeColor="text1"/>
                <w:lang w:eastAsia="ko-KR"/>
              </w:rPr>
              <w:t>Grinder, chipping hammer, brush, etc.</w:t>
            </w:r>
            <w:r w:rsidR="00034ABD" w:rsidRPr="009C0FA0">
              <w:rPr>
                <w:rFonts w:eastAsia="맑은 고딕" w:hint="eastAsia"/>
                <w:color w:val="000000" w:themeColor="text1"/>
                <w:lang w:eastAsia="ko-KR"/>
              </w:rPr>
              <w:t>)</w:t>
            </w:r>
          </w:p>
          <w:p w14:paraId="15BF9B01" w14:textId="77777777" w:rsidR="00034ABD" w:rsidRPr="009C0FA0" w:rsidRDefault="00034ABD" w:rsidP="005E297E">
            <w:pPr>
              <w:rPr>
                <w:rFonts w:eastAsia="맑은 고딕"/>
                <w:color w:val="000000" w:themeColor="text1"/>
                <w:lang w:eastAsia="ko-KR"/>
              </w:rPr>
            </w:pPr>
          </w:p>
          <w:p w14:paraId="2D3BD94C" w14:textId="2EA77D74" w:rsidR="00034ABD" w:rsidRPr="009C0FA0" w:rsidRDefault="00034ABD" w:rsidP="005E297E">
            <w:pPr>
              <w:rPr>
                <w:rFonts w:eastAsia="맑은 고딕"/>
                <w:color w:val="000000" w:themeColor="text1"/>
                <w:lang w:eastAsia="ko-KR"/>
              </w:rPr>
            </w:pPr>
          </w:p>
        </w:tc>
      </w:tr>
      <w:tr w:rsidR="005E297E" w:rsidRPr="009C0FA0" w14:paraId="2247F90A"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25D37B76"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3D341DA2"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33B3935" w14:textId="77777777" w:rsidR="005E297E" w:rsidRPr="009C0FA0" w:rsidRDefault="005E297E" w:rsidP="005E297E">
            <w:pPr>
              <w:rPr>
                <w:rFonts w:eastAsia="맑은 고딕"/>
                <w:color w:val="000000" w:themeColor="text1"/>
                <w:lang w:eastAsia="ko-KR"/>
              </w:rPr>
            </w:pPr>
            <w:proofErr w:type="gramStart"/>
            <w:r w:rsidRPr="009C0FA0">
              <w:rPr>
                <w:rFonts w:eastAsia="맑은 고딕"/>
                <w:color w:val="000000" w:themeColor="text1"/>
                <w:lang w:eastAsia="ko-KR"/>
              </w:rPr>
              <w:t>Materials</w:t>
            </w:r>
            <w:r w:rsidR="00034ABD" w:rsidRPr="009C0FA0">
              <w:rPr>
                <w:rFonts w:eastAsia="맑은 고딕" w:hint="eastAsia"/>
                <w:color w:val="000000" w:themeColor="text1"/>
                <w:lang w:eastAsia="ko-KR"/>
              </w:rPr>
              <w:t>(</w:t>
            </w:r>
            <w:proofErr w:type="gramEnd"/>
            <w:r w:rsidR="00034ABD" w:rsidRPr="009C0FA0">
              <w:rPr>
                <w:rFonts w:eastAsia="맑은 고딕"/>
                <w:color w:val="000000" w:themeColor="text1"/>
                <w:lang w:eastAsia="ko-KR"/>
              </w:rPr>
              <w:t>Welding rod, Shield gas, backing, etc.</w:t>
            </w:r>
            <w:r w:rsidR="00034ABD" w:rsidRPr="009C0FA0">
              <w:rPr>
                <w:rFonts w:eastAsia="맑은 고딕" w:hint="eastAsia"/>
                <w:color w:val="000000" w:themeColor="text1"/>
                <w:lang w:eastAsia="ko-KR"/>
              </w:rPr>
              <w:t>)</w:t>
            </w:r>
          </w:p>
          <w:p w14:paraId="18C26878" w14:textId="77777777" w:rsidR="00034ABD" w:rsidRPr="009C0FA0" w:rsidRDefault="00034ABD" w:rsidP="005E297E">
            <w:pPr>
              <w:rPr>
                <w:rFonts w:eastAsia="맑은 고딕"/>
                <w:color w:val="000000" w:themeColor="text1"/>
                <w:lang w:eastAsia="ko-KR"/>
              </w:rPr>
            </w:pPr>
          </w:p>
          <w:p w14:paraId="1361996F" w14:textId="79BD2995" w:rsidR="00034ABD" w:rsidRPr="009C0FA0" w:rsidRDefault="00034ABD" w:rsidP="005E297E">
            <w:pPr>
              <w:rPr>
                <w:rFonts w:eastAsia="맑은 고딕"/>
                <w:color w:val="000000" w:themeColor="text1"/>
                <w:lang w:eastAsia="ko-KR"/>
              </w:rPr>
            </w:pPr>
          </w:p>
        </w:tc>
      </w:tr>
      <w:tr w:rsidR="005E297E" w:rsidRPr="009C0FA0" w14:paraId="7003532B" w14:textId="77777777" w:rsidTr="00034ABD">
        <w:trPr>
          <w:trHeight w:val="462"/>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3E29B393"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60DAD80E"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96E102" w14:textId="77777777" w:rsidR="005E297E"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Consumable material and </w:t>
            </w:r>
            <w:proofErr w:type="gramStart"/>
            <w:r w:rsidRPr="009C0FA0">
              <w:rPr>
                <w:rFonts w:eastAsia="맑은 고딕"/>
                <w:color w:val="000000" w:themeColor="text1"/>
                <w:lang w:eastAsia="ko-KR"/>
              </w:rPr>
              <w:t>others</w:t>
            </w:r>
            <w:r w:rsidR="00034ABD" w:rsidRPr="009C0FA0">
              <w:rPr>
                <w:rFonts w:eastAsia="맑은 고딕" w:hint="eastAsia"/>
                <w:color w:val="000000" w:themeColor="text1"/>
                <w:lang w:eastAsia="ko-KR"/>
              </w:rPr>
              <w:t>(</w:t>
            </w:r>
            <w:proofErr w:type="gramEnd"/>
            <w:r w:rsidR="00034ABD" w:rsidRPr="009C0FA0">
              <w:rPr>
                <w:rFonts w:eastAsia="맑은 고딕"/>
                <w:color w:val="000000" w:themeColor="text1"/>
                <w:lang w:eastAsia="ko-KR"/>
              </w:rPr>
              <w:t>Contact tip, nozzle, gas diffuse, etc.</w:t>
            </w:r>
            <w:r w:rsidR="00034ABD" w:rsidRPr="009C0FA0">
              <w:rPr>
                <w:rFonts w:eastAsia="맑은 고딕" w:hint="eastAsia"/>
                <w:color w:val="000000" w:themeColor="text1"/>
                <w:lang w:eastAsia="ko-KR"/>
              </w:rPr>
              <w:t>)</w:t>
            </w:r>
          </w:p>
          <w:p w14:paraId="7562F40A" w14:textId="77777777" w:rsidR="00034ABD" w:rsidRPr="009C0FA0" w:rsidRDefault="00034ABD" w:rsidP="005E297E">
            <w:pPr>
              <w:rPr>
                <w:rFonts w:eastAsia="맑은 고딕"/>
                <w:color w:val="000000" w:themeColor="text1"/>
                <w:lang w:eastAsia="ko-KR"/>
              </w:rPr>
            </w:pPr>
          </w:p>
          <w:p w14:paraId="5794435B" w14:textId="77777777" w:rsidR="00034ABD" w:rsidRPr="009C0FA0" w:rsidRDefault="00034ABD" w:rsidP="005E297E">
            <w:pPr>
              <w:rPr>
                <w:rFonts w:eastAsia="맑은 고딕"/>
                <w:color w:val="000000" w:themeColor="text1"/>
                <w:lang w:eastAsia="ko-KR"/>
              </w:rPr>
            </w:pPr>
          </w:p>
          <w:p w14:paraId="469F8021" w14:textId="05B9B691" w:rsidR="00034ABD" w:rsidRPr="009C0FA0" w:rsidRDefault="00034ABD" w:rsidP="005E297E">
            <w:pPr>
              <w:rPr>
                <w:rFonts w:eastAsia="맑은 고딕"/>
                <w:color w:val="000000" w:themeColor="text1"/>
                <w:lang w:eastAsia="ko-KR"/>
              </w:rPr>
            </w:pPr>
          </w:p>
        </w:tc>
      </w:tr>
      <w:tr w:rsidR="005E297E" w:rsidRPr="009C0FA0" w14:paraId="3499F4F0" w14:textId="77777777" w:rsidTr="00034ABD">
        <w:trPr>
          <w:trHeight w:val="2434"/>
        </w:trPr>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4A9A8903"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14:paraId="2587239D" w14:textId="77777777" w:rsidR="005E297E" w:rsidRPr="009C0FA0" w:rsidRDefault="005E297E" w:rsidP="005E297E">
            <w:pPr>
              <w:spacing w:before="240" w:after="120"/>
              <w:rPr>
                <w:rFonts w:ascii="Arial" w:eastAsia="맑은 고딕" w:hAnsi="Arial"/>
                <w:b/>
                <w:color w:val="000000" w:themeColor="text1"/>
                <w:sz w:val="24"/>
                <w:lang w:eastAsia="ko-KR"/>
              </w:rPr>
            </w:pPr>
          </w:p>
        </w:tc>
        <w:tc>
          <w:tcPr>
            <w:tcW w:w="66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03568C" w14:textId="04D6084A" w:rsidR="00034ABD" w:rsidRPr="009C0FA0" w:rsidRDefault="005E297E" w:rsidP="005E297E">
            <w:pPr>
              <w:rPr>
                <w:rFonts w:eastAsia="맑은 고딕"/>
                <w:color w:val="000000" w:themeColor="text1"/>
                <w:lang w:eastAsia="ko-KR"/>
              </w:rPr>
            </w:pPr>
            <w:r w:rsidRPr="009C0FA0">
              <w:rPr>
                <w:rFonts w:eastAsia="맑은 고딕"/>
                <w:color w:val="000000" w:themeColor="text1"/>
                <w:lang w:eastAsia="ko-KR"/>
              </w:rPr>
              <w:t xml:space="preserve">Safety equipment and </w:t>
            </w:r>
            <w:proofErr w:type="gramStart"/>
            <w:r w:rsidRPr="009C0FA0">
              <w:rPr>
                <w:rFonts w:eastAsia="맑은 고딕"/>
                <w:color w:val="000000" w:themeColor="text1"/>
                <w:lang w:eastAsia="ko-KR"/>
              </w:rPr>
              <w:t>facilities</w:t>
            </w:r>
            <w:r w:rsidR="00034ABD" w:rsidRPr="009C0FA0">
              <w:rPr>
                <w:rFonts w:eastAsia="맑은 고딕" w:hint="eastAsia"/>
                <w:color w:val="000000" w:themeColor="text1"/>
                <w:lang w:eastAsia="ko-KR"/>
              </w:rPr>
              <w:t>(</w:t>
            </w:r>
            <w:proofErr w:type="gramEnd"/>
            <w:r w:rsidR="00034ABD" w:rsidRPr="009C0FA0">
              <w:rPr>
                <w:rFonts w:eastAsia="맑은 고딕"/>
                <w:color w:val="000000" w:themeColor="text1"/>
                <w:lang w:eastAsia="ko-KR"/>
              </w:rPr>
              <w:t>Personnel safety equipment for welding</w:t>
            </w:r>
            <w:r w:rsidR="00034ABD" w:rsidRPr="009C0FA0">
              <w:rPr>
                <w:rFonts w:eastAsia="맑은 고딕" w:hint="eastAsia"/>
                <w:color w:val="000000" w:themeColor="text1"/>
                <w:lang w:eastAsia="ko-KR"/>
              </w:rPr>
              <w:t xml:space="preserve">, </w:t>
            </w:r>
            <w:r w:rsidR="00034ABD" w:rsidRPr="009C0FA0">
              <w:rPr>
                <w:rFonts w:eastAsia="맑은 고딕"/>
                <w:color w:val="000000" w:themeColor="text1"/>
                <w:lang w:eastAsia="ko-KR"/>
              </w:rPr>
              <w:t>Special facility for hazard area/equipment</w:t>
            </w:r>
            <w:r w:rsidR="00034ABD" w:rsidRPr="009C0FA0">
              <w:rPr>
                <w:rFonts w:eastAsia="맑은 고딕" w:hint="eastAsia"/>
                <w:color w:val="000000" w:themeColor="text1"/>
                <w:lang w:eastAsia="ko-KR"/>
              </w:rPr>
              <w:t xml:space="preserve">, </w:t>
            </w:r>
            <w:r w:rsidR="00034ABD" w:rsidRPr="009C0FA0">
              <w:rPr>
                <w:rFonts w:eastAsia="맑은 고딕"/>
                <w:color w:val="000000" w:themeColor="text1"/>
                <w:lang w:eastAsia="ko-KR"/>
              </w:rPr>
              <w:t>Egress way and emergency manual</w:t>
            </w:r>
            <w:r w:rsidR="00034ABD" w:rsidRPr="009C0FA0">
              <w:rPr>
                <w:rFonts w:eastAsia="맑은 고딕" w:hint="eastAsia"/>
                <w:color w:val="000000" w:themeColor="text1"/>
                <w:lang w:eastAsia="ko-KR"/>
              </w:rPr>
              <w:t>)</w:t>
            </w:r>
          </w:p>
          <w:p w14:paraId="72E49DB1" w14:textId="77777777" w:rsidR="00034ABD" w:rsidRPr="009C0FA0" w:rsidRDefault="00034ABD" w:rsidP="005E297E">
            <w:pPr>
              <w:rPr>
                <w:rFonts w:eastAsia="맑은 고딕"/>
                <w:color w:val="000000" w:themeColor="text1"/>
                <w:lang w:eastAsia="ko-KR"/>
              </w:rPr>
            </w:pPr>
          </w:p>
          <w:p w14:paraId="74ABB1EC" w14:textId="77777777" w:rsidR="00034ABD" w:rsidRPr="009C0FA0" w:rsidRDefault="00034ABD" w:rsidP="005E297E">
            <w:pPr>
              <w:rPr>
                <w:rFonts w:eastAsia="맑은 고딕"/>
                <w:color w:val="000000" w:themeColor="text1"/>
                <w:lang w:eastAsia="ko-KR"/>
              </w:rPr>
            </w:pPr>
          </w:p>
          <w:p w14:paraId="1165550B" w14:textId="77777777" w:rsidR="00034ABD" w:rsidRPr="009C0FA0" w:rsidRDefault="00034ABD" w:rsidP="005E297E">
            <w:pPr>
              <w:rPr>
                <w:rFonts w:eastAsia="맑은 고딕"/>
                <w:color w:val="000000" w:themeColor="text1"/>
                <w:lang w:eastAsia="ko-KR"/>
              </w:rPr>
            </w:pPr>
          </w:p>
          <w:p w14:paraId="4C6E0A9D" w14:textId="2F808327" w:rsidR="00034ABD" w:rsidRPr="009C0FA0" w:rsidRDefault="00034ABD" w:rsidP="005E297E">
            <w:pPr>
              <w:rPr>
                <w:rFonts w:eastAsia="맑은 고딕"/>
                <w:color w:val="000000" w:themeColor="text1"/>
                <w:lang w:eastAsia="ko-KR"/>
              </w:rPr>
            </w:pPr>
          </w:p>
        </w:tc>
      </w:tr>
    </w:tbl>
    <w:p w14:paraId="47149C21" w14:textId="77777777" w:rsidR="00A1506B" w:rsidRPr="009C0FA0" w:rsidRDefault="00A1506B">
      <w:pPr>
        <w:spacing w:before="240" w:after="120"/>
        <w:rPr>
          <w:rFonts w:ascii="Arial" w:eastAsia="맑은 고딕" w:hAnsi="Arial"/>
          <w:b/>
          <w:color w:val="000000" w:themeColor="text1"/>
          <w:sz w:val="24"/>
          <w:lang w:eastAsia="ko-KR"/>
        </w:rPr>
      </w:pPr>
    </w:p>
    <w:p w14:paraId="4381B46F" w14:textId="77777777" w:rsidR="00034ABD" w:rsidRPr="009C0FA0" w:rsidRDefault="00034ABD">
      <w:pPr>
        <w:spacing w:before="240" w:after="120"/>
        <w:rPr>
          <w:rFonts w:ascii="Arial" w:eastAsia="맑은 고딕" w:hAnsi="Arial"/>
          <w:b/>
          <w:color w:val="000000" w:themeColor="text1"/>
          <w:sz w:val="24"/>
          <w:lang w:eastAsia="ko-KR"/>
        </w:rPr>
      </w:pPr>
    </w:p>
    <w:p w14:paraId="505AA17E" w14:textId="2D656F55" w:rsidR="006B2F6E" w:rsidRPr="009C0FA0" w:rsidRDefault="007C58C6">
      <w:pPr>
        <w:spacing w:before="240" w:after="120"/>
        <w:rPr>
          <w:color w:val="000000" w:themeColor="text1"/>
        </w:rPr>
      </w:pPr>
      <w:r w:rsidRPr="009C0FA0">
        <w:rPr>
          <w:rFonts w:ascii="Arial" w:hAnsi="Arial"/>
          <w:b/>
          <w:color w:val="000000" w:themeColor="text1"/>
          <w:sz w:val="24"/>
        </w:rPr>
        <w:lastRenderedPageBreak/>
        <w:t>5. TRAINING FACILITIES &amp; COMPLIANCE STATUS</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97"/>
        <w:gridCol w:w="5753"/>
      </w:tblGrid>
      <w:tr w:rsidR="006B2F6E" w:rsidRPr="009C0FA0" w14:paraId="348D7966" w14:textId="77777777">
        <w:trPr>
          <w:jc w:val="center"/>
        </w:trPr>
        <w:tc>
          <w:tcPr>
            <w:tcW w:w="3600" w:type="dxa"/>
            <w:shd w:val="clear" w:color="auto" w:fill="F0F4F8"/>
            <w:tcMar>
              <w:top w:w="100" w:type="dxa"/>
              <w:left w:w="150" w:type="dxa"/>
              <w:bottom w:w="100" w:type="dxa"/>
              <w:right w:w="150" w:type="dxa"/>
            </w:tcMar>
          </w:tcPr>
          <w:p w14:paraId="3FF24367" w14:textId="77777777" w:rsidR="006B2F6E" w:rsidRPr="009C0FA0" w:rsidRDefault="007C58C6">
            <w:pPr>
              <w:rPr>
                <w:color w:val="000000" w:themeColor="text1"/>
              </w:rPr>
            </w:pPr>
            <w:r w:rsidRPr="009C0FA0">
              <w:rPr>
                <w:b/>
                <w:color w:val="000000" w:themeColor="text1"/>
                <w:sz w:val="20"/>
              </w:rPr>
              <w:t>Training Facility Status</w:t>
            </w:r>
          </w:p>
        </w:tc>
        <w:tc>
          <w:tcPr>
            <w:tcW w:w="5760" w:type="dxa"/>
            <w:tcMar>
              <w:top w:w="100" w:type="dxa"/>
              <w:left w:w="150" w:type="dxa"/>
              <w:bottom w:w="100" w:type="dxa"/>
              <w:right w:w="150" w:type="dxa"/>
            </w:tcMar>
          </w:tcPr>
          <w:p w14:paraId="4C109E15" w14:textId="62D6444F" w:rsidR="006B2F6E" w:rsidRPr="009C0FA0" w:rsidRDefault="007C58C6">
            <w:pPr>
              <w:rPr>
                <w:color w:val="000000" w:themeColor="text1"/>
              </w:rPr>
            </w:pPr>
            <w:r w:rsidRPr="009C0FA0">
              <w:rPr>
                <w:color w:val="000000" w:themeColor="text1"/>
                <w:sz w:val="20"/>
              </w:rPr>
              <w:t>[</w:t>
            </w:r>
            <w:r w:rsidR="00A76304">
              <w:rPr>
                <w:rFonts w:eastAsia="맑은 고딕" w:hint="eastAsia"/>
                <w:color w:val="000000" w:themeColor="text1"/>
                <w:sz w:val="20"/>
                <w:lang w:eastAsia="ko-KR"/>
              </w:rPr>
              <w:t xml:space="preserve"> </w:t>
            </w:r>
            <w:proofErr w:type="gramStart"/>
            <w:r w:rsidRPr="009C0FA0">
              <w:rPr>
                <w:color w:val="000000" w:themeColor="text1"/>
                <w:sz w:val="20"/>
              </w:rPr>
              <w:t xml:space="preserve">  ]</w:t>
            </w:r>
            <w:proofErr w:type="gramEnd"/>
            <w:r w:rsidRPr="009C0FA0">
              <w:rPr>
                <w:color w:val="000000" w:themeColor="text1"/>
                <w:sz w:val="20"/>
              </w:rPr>
              <w:t xml:space="preserve"> On-site Training Facility Available</w:t>
            </w:r>
            <w:r w:rsidRPr="009C0FA0">
              <w:rPr>
                <w:color w:val="000000" w:themeColor="text1"/>
                <w:sz w:val="20"/>
              </w:rPr>
              <w:br/>
              <w:t>[</w:t>
            </w:r>
            <w:r w:rsidR="00A76304">
              <w:rPr>
                <w:rFonts w:eastAsia="맑은 고딕" w:hint="eastAsia"/>
                <w:color w:val="000000" w:themeColor="text1"/>
                <w:sz w:val="20"/>
                <w:lang w:eastAsia="ko-KR"/>
              </w:rPr>
              <w:t xml:space="preserve"> </w:t>
            </w:r>
            <w:proofErr w:type="gramStart"/>
            <w:r w:rsidRPr="009C0FA0">
              <w:rPr>
                <w:color w:val="000000" w:themeColor="text1"/>
                <w:sz w:val="20"/>
              </w:rPr>
              <w:t xml:space="preserve">  ]</w:t>
            </w:r>
            <w:proofErr w:type="gramEnd"/>
            <w:r w:rsidRPr="009C0FA0">
              <w:rPr>
                <w:color w:val="000000" w:themeColor="text1"/>
                <w:sz w:val="20"/>
              </w:rPr>
              <w:t xml:space="preserve"> External Training Center Secured</w:t>
            </w:r>
            <w:r w:rsidRPr="009C0FA0">
              <w:rPr>
                <w:color w:val="000000" w:themeColor="text1"/>
                <w:sz w:val="20"/>
              </w:rPr>
              <w:br/>
              <w:t xml:space="preserve">Description/Location: </w:t>
            </w:r>
          </w:p>
        </w:tc>
      </w:tr>
      <w:tr w:rsidR="006B2F6E" w:rsidRPr="009C0FA0" w14:paraId="03694CE2" w14:textId="77777777">
        <w:trPr>
          <w:jc w:val="center"/>
        </w:trPr>
        <w:tc>
          <w:tcPr>
            <w:tcW w:w="3600" w:type="dxa"/>
            <w:shd w:val="clear" w:color="auto" w:fill="F0F4F8"/>
            <w:tcMar>
              <w:top w:w="100" w:type="dxa"/>
              <w:left w:w="150" w:type="dxa"/>
              <w:bottom w:w="100" w:type="dxa"/>
              <w:right w:w="150" w:type="dxa"/>
            </w:tcMar>
          </w:tcPr>
          <w:p w14:paraId="32771BDE" w14:textId="77777777" w:rsidR="006B2F6E" w:rsidRPr="009C0FA0" w:rsidRDefault="007C58C6">
            <w:pPr>
              <w:rPr>
                <w:color w:val="000000" w:themeColor="text1"/>
              </w:rPr>
            </w:pPr>
            <w:r w:rsidRPr="009C0FA0">
              <w:rPr>
                <w:b/>
                <w:color w:val="000000" w:themeColor="text1"/>
                <w:sz w:val="20"/>
              </w:rPr>
              <w:t>Safety &amp; Environmental Regulations Compliance</w:t>
            </w:r>
          </w:p>
        </w:tc>
        <w:tc>
          <w:tcPr>
            <w:tcW w:w="5760" w:type="dxa"/>
            <w:tcMar>
              <w:top w:w="100" w:type="dxa"/>
              <w:left w:w="150" w:type="dxa"/>
              <w:bottom w:w="100" w:type="dxa"/>
              <w:right w:w="150" w:type="dxa"/>
            </w:tcMar>
          </w:tcPr>
          <w:p w14:paraId="1E74D703" w14:textId="2654F507" w:rsidR="006B2F6E" w:rsidRPr="009C0FA0" w:rsidRDefault="00AE3579">
            <w:pPr>
              <w:rPr>
                <w:color w:val="000000" w:themeColor="text1"/>
              </w:rPr>
            </w:pPr>
            <w:r w:rsidRPr="009C0FA0">
              <w:rPr>
                <w:color w:val="000000" w:themeColor="text1"/>
                <w:sz w:val="20"/>
              </w:rPr>
              <w:t>To the Applicant's knowledge, does the proposed training facility currently comply with applicable local, state, and federal safety and environmental requirements, including applicable OSHA and EPA requirements?</w:t>
            </w:r>
            <w:r w:rsidRPr="009C0FA0">
              <w:rPr>
                <w:rFonts w:eastAsia="맑은 고딕" w:hint="eastAsia"/>
                <w:color w:val="000000" w:themeColor="text1"/>
                <w:sz w:val="20"/>
                <w:lang w:eastAsia="ko-KR"/>
              </w:rPr>
              <w:t xml:space="preserve"> </w:t>
            </w:r>
            <w:r w:rsidR="007C58C6" w:rsidRPr="009C0FA0">
              <w:rPr>
                <w:color w:val="000000" w:themeColor="text1"/>
                <w:sz w:val="20"/>
              </w:rPr>
              <w:br/>
              <w:t xml:space="preserve">[ </w:t>
            </w:r>
            <w:proofErr w:type="gramStart"/>
            <w:r w:rsidR="00A76304">
              <w:rPr>
                <w:rFonts w:eastAsia="맑은 고딕" w:hint="eastAsia"/>
                <w:color w:val="000000" w:themeColor="text1"/>
                <w:sz w:val="20"/>
                <w:lang w:eastAsia="ko-KR"/>
              </w:rPr>
              <w:t xml:space="preserve"> </w:t>
            </w:r>
            <w:r w:rsidR="007C58C6" w:rsidRPr="009C0FA0">
              <w:rPr>
                <w:color w:val="000000" w:themeColor="text1"/>
                <w:sz w:val="20"/>
              </w:rPr>
              <w:t xml:space="preserve"> ]</w:t>
            </w:r>
            <w:proofErr w:type="gramEnd"/>
            <w:r w:rsidR="007C58C6" w:rsidRPr="009C0FA0">
              <w:rPr>
                <w:color w:val="000000" w:themeColor="text1"/>
                <w:sz w:val="20"/>
              </w:rPr>
              <w:t xml:space="preserve"> YES</w:t>
            </w:r>
            <w:proofErr w:type="gramStart"/>
            <w:r w:rsidR="007C58C6" w:rsidRPr="009C0FA0">
              <w:rPr>
                <w:color w:val="000000" w:themeColor="text1"/>
                <w:sz w:val="20"/>
              </w:rPr>
              <w:t xml:space="preserve">   [</w:t>
            </w:r>
            <w:proofErr w:type="gramEnd"/>
            <w:r w:rsidR="00A76304">
              <w:rPr>
                <w:rFonts w:eastAsia="맑은 고딕" w:hint="eastAsia"/>
                <w:color w:val="000000" w:themeColor="text1"/>
                <w:sz w:val="20"/>
                <w:lang w:eastAsia="ko-KR"/>
              </w:rPr>
              <w:t xml:space="preserve"> </w:t>
            </w:r>
            <w:proofErr w:type="gramStart"/>
            <w:r w:rsidR="007C58C6" w:rsidRPr="009C0FA0">
              <w:rPr>
                <w:color w:val="000000" w:themeColor="text1"/>
                <w:sz w:val="20"/>
              </w:rPr>
              <w:t xml:space="preserve">  ]</w:t>
            </w:r>
            <w:proofErr w:type="gramEnd"/>
            <w:r w:rsidR="007C58C6" w:rsidRPr="009C0FA0">
              <w:rPr>
                <w:color w:val="000000" w:themeColor="text1"/>
                <w:sz w:val="20"/>
              </w:rPr>
              <w:t xml:space="preserve"> NO</w:t>
            </w:r>
            <w:r w:rsidR="007C58C6" w:rsidRPr="009C0FA0">
              <w:rPr>
                <w:color w:val="000000" w:themeColor="text1"/>
                <w:sz w:val="20"/>
              </w:rPr>
              <w:br/>
              <w:t xml:space="preserve">Remarks: </w:t>
            </w:r>
          </w:p>
        </w:tc>
      </w:tr>
    </w:tbl>
    <w:p w14:paraId="42CEE3AC" w14:textId="77777777" w:rsidR="00034ABD" w:rsidRPr="009C0FA0" w:rsidRDefault="00034ABD">
      <w:pPr>
        <w:spacing w:before="240" w:after="120"/>
        <w:rPr>
          <w:rFonts w:ascii="Arial" w:eastAsia="맑은 고딕" w:hAnsi="Arial"/>
          <w:b/>
          <w:color w:val="000000" w:themeColor="text1"/>
          <w:sz w:val="24"/>
          <w:lang w:eastAsia="ko-KR"/>
        </w:rPr>
      </w:pPr>
    </w:p>
    <w:p w14:paraId="79B735D1" w14:textId="2208B32F" w:rsidR="006B2F6E" w:rsidRPr="009C0FA0" w:rsidRDefault="007C58C6">
      <w:pPr>
        <w:spacing w:before="240" w:after="120"/>
        <w:rPr>
          <w:color w:val="000000" w:themeColor="text1"/>
        </w:rPr>
      </w:pPr>
      <w:r w:rsidRPr="009C0FA0">
        <w:rPr>
          <w:rFonts w:ascii="Arial" w:hAnsi="Arial"/>
          <w:b/>
          <w:color w:val="000000" w:themeColor="text1"/>
          <w:sz w:val="24"/>
        </w:rPr>
        <w:t xml:space="preserve">6. </w:t>
      </w:r>
      <w:r w:rsidR="00AE3579" w:rsidRPr="009C0FA0">
        <w:rPr>
          <w:rFonts w:ascii="Arial" w:hAnsi="Arial"/>
          <w:b/>
          <w:color w:val="000000" w:themeColor="text1"/>
          <w:sz w:val="24"/>
        </w:rPr>
        <w:t>ACKNOWLEDGEMENT &amp; APPLICATION CERTIFICATION</w:t>
      </w:r>
    </w:p>
    <w:p w14:paraId="29E72008" w14:textId="4299920C" w:rsidR="00BF2363" w:rsidRPr="009C0FA0" w:rsidRDefault="00BF2363" w:rsidP="00AE3579">
      <w:pPr>
        <w:spacing w:before="120" w:after="360" w:line="300" w:lineRule="auto"/>
        <w:rPr>
          <w:rFonts w:ascii="Arial" w:hAnsi="Arial"/>
          <w:color w:val="000000" w:themeColor="text1"/>
        </w:rPr>
      </w:pPr>
      <w:r w:rsidRPr="009C0FA0">
        <w:rPr>
          <w:rFonts w:ascii="Arial" w:eastAsia="맑은 고딕" w:hAnsi="Arial"/>
          <w:color w:val="000000" w:themeColor="text1"/>
          <w:lang w:eastAsia="ko-KR"/>
        </w:rPr>
        <w:t>By submitting this Application Form, the Applicant certifies that the information provided herein is accurate to the best of its knowledge and acknowledges that, if selected, the scope of training and applicable trainee, safety, environmental, and other responsibilities will be governed by a separate written agreement.</w:t>
      </w:r>
    </w:p>
    <w:p w14:paraId="364A0A9F" w14:textId="77777777" w:rsidR="00321DDC" w:rsidRPr="009C0FA0" w:rsidRDefault="00321DDC">
      <w:pPr>
        <w:spacing w:before="120" w:after="360" w:line="300" w:lineRule="auto"/>
        <w:rPr>
          <w:rFonts w:ascii="Arial" w:eastAsia="맑은 고딕" w:hAnsi="Arial"/>
          <w:color w:val="000000" w:themeColor="text1"/>
          <w:lang w:eastAsia="ko-KR"/>
        </w:rPr>
      </w:pPr>
    </w:p>
    <w:p w14:paraId="6AFB1A0C" w14:textId="77777777" w:rsidR="006B2F6E" w:rsidRPr="009C0FA0" w:rsidRDefault="007C58C6">
      <w:pPr>
        <w:spacing w:before="240" w:after="120"/>
        <w:rPr>
          <w:color w:val="000000" w:themeColor="text1"/>
        </w:rPr>
      </w:pPr>
      <w:r w:rsidRPr="009C0FA0">
        <w:rPr>
          <w:rFonts w:ascii="Arial" w:hAnsi="Arial"/>
          <w:b/>
          <w:color w:val="000000" w:themeColor="text1"/>
          <w:sz w:val="24"/>
        </w:rPr>
        <w:t>7. APPLICANT SIGNATURE</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96"/>
        <w:gridCol w:w="5754"/>
      </w:tblGrid>
      <w:tr w:rsidR="006B2F6E" w:rsidRPr="009C0FA0" w14:paraId="3BF85678" w14:textId="77777777">
        <w:trPr>
          <w:jc w:val="center"/>
        </w:trPr>
        <w:tc>
          <w:tcPr>
            <w:tcW w:w="3600" w:type="dxa"/>
            <w:shd w:val="clear" w:color="auto" w:fill="F0F4F8"/>
            <w:tcMar>
              <w:top w:w="100" w:type="dxa"/>
              <w:left w:w="150" w:type="dxa"/>
              <w:bottom w:w="100" w:type="dxa"/>
              <w:right w:w="150" w:type="dxa"/>
            </w:tcMar>
          </w:tcPr>
          <w:p w14:paraId="3E2335CC" w14:textId="77777777" w:rsidR="006B2F6E" w:rsidRPr="009C0FA0" w:rsidRDefault="007C58C6">
            <w:pPr>
              <w:rPr>
                <w:color w:val="000000" w:themeColor="text1"/>
              </w:rPr>
            </w:pPr>
            <w:r w:rsidRPr="009C0FA0">
              <w:rPr>
                <w:b/>
                <w:color w:val="000000" w:themeColor="text1"/>
                <w:sz w:val="20"/>
              </w:rPr>
              <w:t>Authorized Applicant Name:</w:t>
            </w:r>
          </w:p>
        </w:tc>
        <w:tc>
          <w:tcPr>
            <w:tcW w:w="5760" w:type="dxa"/>
            <w:tcMar>
              <w:top w:w="100" w:type="dxa"/>
              <w:left w:w="150" w:type="dxa"/>
              <w:bottom w:w="100" w:type="dxa"/>
              <w:right w:w="150" w:type="dxa"/>
            </w:tcMar>
          </w:tcPr>
          <w:p w14:paraId="67D39B43" w14:textId="77777777" w:rsidR="006B2F6E" w:rsidRPr="009C0FA0" w:rsidRDefault="006B2F6E">
            <w:pPr>
              <w:rPr>
                <w:color w:val="000000" w:themeColor="text1"/>
              </w:rPr>
            </w:pPr>
          </w:p>
        </w:tc>
      </w:tr>
      <w:tr w:rsidR="006B2F6E" w:rsidRPr="009C0FA0" w14:paraId="5253BB00" w14:textId="77777777">
        <w:trPr>
          <w:jc w:val="center"/>
        </w:trPr>
        <w:tc>
          <w:tcPr>
            <w:tcW w:w="3600" w:type="dxa"/>
            <w:shd w:val="clear" w:color="auto" w:fill="F0F4F8"/>
            <w:tcMar>
              <w:top w:w="100" w:type="dxa"/>
              <w:left w:w="150" w:type="dxa"/>
              <w:bottom w:w="100" w:type="dxa"/>
              <w:right w:w="150" w:type="dxa"/>
            </w:tcMar>
          </w:tcPr>
          <w:p w14:paraId="411A2078" w14:textId="77777777" w:rsidR="006B2F6E" w:rsidRPr="009C0FA0" w:rsidRDefault="007C58C6">
            <w:pPr>
              <w:rPr>
                <w:color w:val="000000" w:themeColor="text1"/>
              </w:rPr>
            </w:pPr>
            <w:r w:rsidRPr="009C0FA0">
              <w:rPr>
                <w:b/>
                <w:color w:val="000000" w:themeColor="text1"/>
                <w:sz w:val="20"/>
              </w:rPr>
              <w:t>Title / Position:</w:t>
            </w:r>
          </w:p>
        </w:tc>
        <w:tc>
          <w:tcPr>
            <w:tcW w:w="5760" w:type="dxa"/>
            <w:tcMar>
              <w:top w:w="100" w:type="dxa"/>
              <w:left w:w="150" w:type="dxa"/>
              <w:bottom w:w="100" w:type="dxa"/>
              <w:right w:w="150" w:type="dxa"/>
            </w:tcMar>
          </w:tcPr>
          <w:p w14:paraId="225C847F" w14:textId="77777777" w:rsidR="006B2F6E" w:rsidRPr="009C0FA0" w:rsidRDefault="006B2F6E">
            <w:pPr>
              <w:rPr>
                <w:color w:val="000000" w:themeColor="text1"/>
              </w:rPr>
            </w:pPr>
          </w:p>
        </w:tc>
      </w:tr>
      <w:tr w:rsidR="006B2F6E" w:rsidRPr="009C0FA0" w14:paraId="62B8F08F" w14:textId="77777777">
        <w:trPr>
          <w:jc w:val="center"/>
        </w:trPr>
        <w:tc>
          <w:tcPr>
            <w:tcW w:w="3600" w:type="dxa"/>
            <w:shd w:val="clear" w:color="auto" w:fill="F0F4F8"/>
            <w:tcMar>
              <w:top w:w="100" w:type="dxa"/>
              <w:left w:w="150" w:type="dxa"/>
              <w:bottom w:w="100" w:type="dxa"/>
              <w:right w:w="150" w:type="dxa"/>
            </w:tcMar>
          </w:tcPr>
          <w:p w14:paraId="7139D80C" w14:textId="77777777" w:rsidR="006B2F6E" w:rsidRPr="009C0FA0" w:rsidRDefault="007C58C6">
            <w:pPr>
              <w:rPr>
                <w:color w:val="000000" w:themeColor="text1"/>
              </w:rPr>
            </w:pPr>
            <w:r w:rsidRPr="009C0FA0">
              <w:rPr>
                <w:b/>
                <w:color w:val="000000" w:themeColor="text1"/>
                <w:sz w:val="20"/>
              </w:rPr>
              <w:t>Signature &amp; Date:</w:t>
            </w:r>
          </w:p>
        </w:tc>
        <w:tc>
          <w:tcPr>
            <w:tcW w:w="5760" w:type="dxa"/>
            <w:tcMar>
              <w:top w:w="100" w:type="dxa"/>
              <w:left w:w="150" w:type="dxa"/>
              <w:bottom w:w="100" w:type="dxa"/>
              <w:right w:w="150" w:type="dxa"/>
            </w:tcMar>
          </w:tcPr>
          <w:p w14:paraId="53223786" w14:textId="14B98B7D" w:rsidR="006B2F6E" w:rsidRPr="009C0FA0" w:rsidRDefault="007C58C6">
            <w:pPr>
              <w:rPr>
                <w:color w:val="000000" w:themeColor="text1"/>
              </w:rPr>
            </w:pPr>
            <w:r w:rsidRPr="009C0FA0">
              <w:rPr>
                <w:color w:val="000000" w:themeColor="text1"/>
                <w:sz w:val="20"/>
              </w:rPr>
              <w:br/>
              <w:t>_______________________    Date: _______________</w:t>
            </w:r>
          </w:p>
        </w:tc>
      </w:tr>
    </w:tbl>
    <w:p w14:paraId="6BF198D4" w14:textId="77777777" w:rsidR="0079665C" w:rsidRPr="009C0FA0" w:rsidRDefault="0079665C">
      <w:pPr>
        <w:rPr>
          <w:rFonts w:eastAsia="맑은 고딕"/>
          <w:color w:val="000000" w:themeColor="text1"/>
          <w:lang w:eastAsia="ko-KR"/>
        </w:rPr>
      </w:pPr>
    </w:p>
    <w:sectPr w:rsidR="0079665C" w:rsidRPr="009C0FA0"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3561" w14:textId="77777777" w:rsidR="00172036" w:rsidRDefault="00172036" w:rsidP="00BF2363">
      <w:pPr>
        <w:spacing w:after="0" w:line="240" w:lineRule="auto"/>
      </w:pPr>
      <w:r>
        <w:separator/>
      </w:r>
    </w:p>
  </w:endnote>
  <w:endnote w:type="continuationSeparator" w:id="0">
    <w:p w14:paraId="1F4A2E4A" w14:textId="77777777" w:rsidR="00172036" w:rsidRDefault="00172036" w:rsidP="00BF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8C0AE" w14:textId="77777777" w:rsidR="00172036" w:rsidRDefault="00172036" w:rsidP="00BF2363">
      <w:pPr>
        <w:spacing w:after="0" w:line="240" w:lineRule="auto"/>
      </w:pPr>
      <w:r>
        <w:separator/>
      </w:r>
    </w:p>
  </w:footnote>
  <w:footnote w:type="continuationSeparator" w:id="0">
    <w:p w14:paraId="3FB44799" w14:textId="77777777" w:rsidR="00172036" w:rsidRDefault="00172036" w:rsidP="00BF2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E375BD5"/>
    <w:multiLevelType w:val="hybridMultilevel"/>
    <w:tmpl w:val="4CC473C4"/>
    <w:lvl w:ilvl="0" w:tplc="44D0493E">
      <w:numFmt w:val="bullet"/>
      <w:lvlText w:val="-"/>
      <w:lvlJc w:val="left"/>
      <w:pPr>
        <w:ind w:left="800" w:hanging="360"/>
      </w:pPr>
      <w:rPr>
        <w:rFonts w:ascii="Arial" w:eastAsia="맑은 고딕" w:hAnsi="Arial" w:cs="Arial" w:hint="default"/>
        <w:b/>
        <w:color w:val="1B365D"/>
        <w:sz w:val="36"/>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4D115676"/>
    <w:multiLevelType w:val="hybridMultilevel"/>
    <w:tmpl w:val="BEB48980"/>
    <w:lvl w:ilvl="0" w:tplc="BCBAD902">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44057774">
    <w:abstractNumId w:val="8"/>
  </w:num>
  <w:num w:numId="2" w16cid:durableId="1276061770">
    <w:abstractNumId w:val="6"/>
  </w:num>
  <w:num w:numId="3" w16cid:durableId="123626666">
    <w:abstractNumId w:val="5"/>
  </w:num>
  <w:num w:numId="4" w16cid:durableId="1309288763">
    <w:abstractNumId w:val="4"/>
  </w:num>
  <w:num w:numId="5" w16cid:durableId="699010191">
    <w:abstractNumId w:val="7"/>
  </w:num>
  <w:num w:numId="6" w16cid:durableId="1388919303">
    <w:abstractNumId w:val="3"/>
  </w:num>
  <w:num w:numId="7" w16cid:durableId="5524252">
    <w:abstractNumId w:val="2"/>
  </w:num>
  <w:num w:numId="8" w16cid:durableId="1073967318">
    <w:abstractNumId w:val="1"/>
  </w:num>
  <w:num w:numId="9" w16cid:durableId="1971470506">
    <w:abstractNumId w:val="0"/>
  </w:num>
  <w:num w:numId="10" w16cid:durableId="1203060960">
    <w:abstractNumId w:val="9"/>
  </w:num>
  <w:num w:numId="11" w16cid:durableId="341620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ABD"/>
    <w:rsid w:val="00036A6A"/>
    <w:rsid w:val="0006063C"/>
    <w:rsid w:val="0011346C"/>
    <w:rsid w:val="0015074B"/>
    <w:rsid w:val="00172036"/>
    <w:rsid w:val="001A3973"/>
    <w:rsid w:val="002066CE"/>
    <w:rsid w:val="00207FAE"/>
    <w:rsid w:val="0029639D"/>
    <w:rsid w:val="00303EDA"/>
    <w:rsid w:val="00321DDC"/>
    <w:rsid w:val="00326F90"/>
    <w:rsid w:val="00402471"/>
    <w:rsid w:val="00462592"/>
    <w:rsid w:val="004B09C2"/>
    <w:rsid w:val="004F45D2"/>
    <w:rsid w:val="0058091E"/>
    <w:rsid w:val="005E297E"/>
    <w:rsid w:val="006147B6"/>
    <w:rsid w:val="006848A6"/>
    <w:rsid w:val="0069416F"/>
    <w:rsid w:val="006B2F6E"/>
    <w:rsid w:val="00707CA3"/>
    <w:rsid w:val="0079665C"/>
    <w:rsid w:val="007C2521"/>
    <w:rsid w:val="007C58C6"/>
    <w:rsid w:val="008344EA"/>
    <w:rsid w:val="008D7BFE"/>
    <w:rsid w:val="0091577F"/>
    <w:rsid w:val="00954592"/>
    <w:rsid w:val="009C0FA0"/>
    <w:rsid w:val="009E6594"/>
    <w:rsid w:val="00A065C8"/>
    <w:rsid w:val="00A1506B"/>
    <w:rsid w:val="00A76304"/>
    <w:rsid w:val="00AA1D8D"/>
    <w:rsid w:val="00AE3579"/>
    <w:rsid w:val="00B47730"/>
    <w:rsid w:val="00BF2363"/>
    <w:rsid w:val="00BF4ACE"/>
    <w:rsid w:val="00C465D8"/>
    <w:rsid w:val="00C7573A"/>
    <w:rsid w:val="00C8763B"/>
    <w:rsid w:val="00CB0664"/>
    <w:rsid w:val="00CD458C"/>
    <w:rsid w:val="00CE76A9"/>
    <w:rsid w:val="00D279ED"/>
    <w:rsid w:val="00D65C7B"/>
    <w:rsid w:val="00D70A9B"/>
    <w:rsid w:val="00D9725F"/>
    <w:rsid w:val="00DE2535"/>
    <w:rsid w:val="00E17B4C"/>
    <w:rsid w:val="00EE53CC"/>
    <w:rsid w:val="00FC693F"/>
    <w:rsid w:val="00FD1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42CC3C"/>
  <w14:defaultImageDpi w14:val="300"/>
  <w15:docId w15:val="{64BD77E8-3D8F-4139-B4ED-4DE3B09E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Revision"/>
    <w:hidden/>
    <w:uiPriority w:val="99"/>
    <w:semiHidden/>
    <w:rsid w:val="00AE3579"/>
    <w:pPr>
      <w:spacing w:after="0" w:line="240" w:lineRule="auto"/>
    </w:pPr>
  </w:style>
  <w:style w:type="character" w:styleId="aff2">
    <w:name w:val="annotation reference"/>
    <w:basedOn w:val="a2"/>
    <w:uiPriority w:val="99"/>
    <w:semiHidden/>
    <w:unhideWhenUsed/>
    <w:rsid w:val="0091577F"/>
    <w:rPr>
      <w:sz w:val="18"/>
      <w:szCs w:val="18"/>
    </w:rPr>
  </w:style>
  <w:style w:type="paragraph" w:styleId="aff3">
    <w:name w:val="annotation text"/>
    <w:basedOn w:val="a1"/>
    <w:link w:val="Char7"/>
    <w:uiPriority w:val="99"/>
    <w:unhideWhenUsed/>
    <w:rsid w:val="0091577F"/>
  </w:style>
  <w:style w:type="character" w:customStyle="1" w:styleId="Char7">
    <w:name w:val="메모 텍스트 Char"/>
    <w:basedOn w:val="a2"/>
    <w:link w:val="aff3"/>
    <w:uiPriority w:val="99"/>
    <w:rsid w:val="0091577F"/>
  </w:style>
  <w:style w:type="paragraph" w:styleId="aff4">
    <w:name w:val="annotation subject"/>
    <w:basedOn w:val="aff3"/>
    <w:next w:val="aff3"/>
    <w:link w:val="Char8"/>
    <w:uiPriority w:val="99"/>
    <w:semiHidden/>
    <w:unhideWhenUsed/>
    <w:rsid w:val="0091577F"/>
    <w:rPr>
      <w:b/>
      <w:bCs/>
    </w:rPr>
  </w:style>
  <w:style w:type="character" w:customStyle="1" w:styleId="Char8">
    <w:name w:val="메모 주제 Char"/>
    <w:basedOn w:val="Char7"/>
    <w:link w:val="aff4"/>
    <w:uiPriority w:val="99"/>
    <w:semiHidden/>
    <w:rsid w:val="00915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407</Words>
  <Characters>2326</Characters>
  <Application>Microsoft Office Word</Application>
  <DocSecurity>0</DocSecurity>
  <Lines>19</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Ayeong Choi</cp:lastModifiedBy>
  <cp:revision>6</cp:revision>
  <dcterms:created xsi:type="dcterms:W3CDTF">2026-09-03T06:58:00Z</dcterms:created>
  <dcterms:modified xsi:type="dcterms:W3CDTF">2026-09-03T08:11:00Z</dcterms:modified>
  <cp:category/>
</cp:coreProperties>
</file>