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7E7B44" w14:textId="48FD94A1" w:rsidR="00E17B4C" w:rsidRPr="009C0FA0" w:rsidRDefault="00E17B4C" w:rsidP="00D45F6E">
      <w:pPr>
        <w:pStyle w:val="aa"/>
        <w:spacing w:line="240" w:lineRule="auto"/>
        <w:ind w:left="800" w:firstLineChars="100" w:firstLine="360"/>
        <w:rPr>
          <w:rFonts w:eastAsia="맑은 고딕"/>
          <w:color w:val="000000" w:themeColor="text1"/>
          <w:lang w:eastAsia="ko-KR"/>
        </w:rPr>
      </w:pPr>
      <w:r w:rsidRPr="009C0FA0">
        <w:rPr>
          <w:rFonts w:ascii="Arial" w:eastAsia="맑은 고딕" w:hAnsi="Arial" w:hint="eastAsia"/>
          <w:b/>
          <w:color w:val="000000" w:themeColor="text1"/>
          <w:sz w:val="36"/>
          <w:lang w:eastAsia="ko-KR"/>
        </w:rPr>
        <w:t xml:space="preserve">WELDING TRAINING </w:t>
      </w:r>
      <w:r w:rsidRPr="009C0FA0">
        <w:rPr>
          <w:rFonts w:ascii="Arial" w:hAnsi="Arial"/>
          <w:b/>
          <w:color w:val="000000" w:themeColor="text1"/>
          <w:sz w:val="36"/>
        </w:rPr>
        <w:t>APPLICATION FORM</w:t>
      </w:r>
    </w:p>
    <w:p w14:paraId="6AFE6C94" w14:textId="5490244E" w:rsidR="006B2F6E" w:rsidRPr="009C0FA0" w:rsidRDefault="00AE3579">
      <w:pPr>
        <w:rPr>
          <w:rFonts w:ascii="Arial" w:eastAsia="맑은 고딕" w:hAnsi="Arial"/>
          <w:iCs/>
          <w:color w:val="000000" w:themeColor="text1"/>
          <w:sz w:val="20"/>
          <w:lang w:eastAsia="ko-KR"/>
        </w:rPr>
      </w:pPr>
      <w:r w:rsidRPr="009C0FA0">
        <w:rPr>
          <w:rFonts w:ascii="Arial" w:eastAsia="맑은 고딕" w:hAnsi="Arial"/>
          <w:iCs/>
          <w:color w:val="000000" w:themeColor="text1"/>
          <w:sz w:val="20"/>
          <w:lang w:eastAsia="ko-KR"/>
        </w:rPr>
        <w:t xml:space="preserve">Please complete all sections below to apply for consideration for the technical production training program. </w:t>
      </w:r>
    </w:p>
    <w:p w14:paraId="7325B1AB" w14:textId="77777777" w:rsidR="00E17B4C" w:rsidRPr="009C0FA0" w:rsidRDefault="00E17B4C">
      <w:pPr>
        <w:rPr>
          <w:rFonts w:eastAsia="맑은 고딕"/>
          <w:color w:val="000000" w:themeColor="text1"/>
          <w:lang w:eastAsia="ko-KR"/>
        </w:rPr>
      </w:pPr>
    </w:p>
    <w:p w14:paraId="3D984E05" w14:textId="77777777" w:rsidR="006B2F6E" w:rsidRPr="009C0FA0" w:rsidRDefault="007C58C6">
      <w:pPr>
        <w:spacing w:before="240" w:after="120"/>
        <w:rPr>
          <w:color w:val="000000" w:themeColor="text1"/>
        </w:rPr>
      </w:pPr>
      <w:r w:rsidRPr="009C0FA0">
        <w:rPr>
          <w:rFonts w:ascii="Arial" w:hAnsi="Arial"/>
          <w:b/>
          <w:color w:val="000000" w:themeColor="text1"/>
          <w:sz w:val="24"/>
        </w:rPr>
        <w:t>1. COMPANY INFORMATION</w:t>
      </w:r>
    </w:p>
    <w:tbl>
      <w:tblPr>
        <w:tblW w:w="9574" w:type="dxa"/>
        <w:jc w:val="center"/>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Look w:val="04A0" w:firstRow="1" w:lastRow="0" w:firstColumn="1" w:lastColumn="0" w:noHBand="0" w:noVBand="1"/>
      </w:tblPr>
      <w:tblGrid>
        <w:gridCol w:w="3684"/>
        <w:gridCol w:w="5890"/>
      </w:tblGrid>
      <w:tr w:rsidR="006B2F6E" w:rsidRPr="009C0FA0" w14:paraId="22B50598" w14:textId="77777777" w:rsidTr="004B09C2">
        <w:trPr>
          <w:trHeight w:val="832"/>
          <w:jc w:val="center"/>
        </w:trPr>
        <w:tc>
          <w:tcPr>
            <w:tcW w:w="3684" w:type="dxa"/>
            <w:shd w:val="clear" w:color="auto" w:fill="F0F4F8"/>
            <w:tcMar>
              <w:top w:w="100" w:type="dxa"/>
              <w:left w:w="150" w:type="dxa"/>
              <w:bottom w:w="100" w:type="dxa"/>
              <w:right w:w="150" w:type="dxa"/>
            </w:tcMar>
          </w:tcPr>
          <w:p w14:paraId="16F5F128" w14:textId="77777777" w:rsidR="006B2F6E" w:rsidRPr="009C0FA0" w:rsidRDefault="007C58C6">
            <w:pPr>
              <w:rPr>
                <w:color w:val="000000" w:themeColor="text1"/>
              </w:rPr>
            </w:pPr>
            <w:r w:rsidRPr="009C0FA0">
              <w:rPr>
                <w:b/>
                <w:color w:val="000000" w:themeColor="text1"/>
                <w:sz w:val="20"/>
              </w:rPr>
              <w:t>Company Name &amp; Location (Address)</w:t>
            </w:r>
          </w:p>
        </w:tc>
        <w:tc>
          <w:tcPr>
            <w:tcW w:w="5890" w:type="dxa"/>
            <w:tcMar>
              <w:top w:w="100" w:type="dxa"/>
              <w:left w:w="150" w:type="dxa"/>
              <w:bottom w:w="100" w:type="dxa"/>
              <w:right w:w="150" w:type="dxa"/>
            </w:tcMar>
          </w:tcPr>
          <w:p w14:paraId="74314F1D" w14:textId="77777777" w:rsidR="006B2F6E" w:rsidRPr="009C0FA0" w:rsidRDefault="006B2F6E">
            <w:pPr>
              <w:rPr>
                <w:color w:val="000000" w:themeColor="text1"/>
              </w:rPr>
            </w:pPr>
          </w:p>
        </w:tc>
      </w:tr>
      <w:tr w:rsidR="006B2F6E" w:rsidRPr="009C0FA0" w14:paraId="5D7DD78E" w14:textId="77777777" w:rsidTr="004B09C2">
        <w:trPr>
          <w:trHeight w:val="849"/>
          <w:jc w:val="center"/>
        </w:trPr>
        <w:tc>
          <w:tcPr>
            <w:tcW w:w="3684" w:type="dxa"/>
            <w:shd w:val="clear" w:color="auto" w:fill="F0F4F8"/>
            <w:tcMar>
              <w:top w:w="100" w:type="dxa"/>
              <w:left w:w="150" w:type="dxa"/>
              <w:bottom w:w="100" w:type="dxa"/>
              <w:right w:w="150" w:type="dxa"/>
            </w:tcMar>
          </w:tcPr>
          <w:p w14:paraId="15A46E04" w14:textId="77777777" w:rsidR="006B2F6E" w:rsidRPr="009C0FA0" w:rsidRDefault="007C58C6">
            <w:pPr>
              <w:rPr>
                <w:color w:val="000000" w:themeColor="text1"/>
              </w:rPr>
            </w:pPr>
            <w:r w:rsidRPr="009C0FA0">
              <w:rPr>
                <w:b/>
                <w:color w:val="000000" w:themeColor="text1"/>
                <w:sz w:val="20"/>
              </w:rPr>
              <w:t>Authorized Representative (CEO/President)</w:t>
            </w:r>
          </w:p>
        </w:tc>
        <w:tc>
          <w:tcPr>
            <w:tcW w:w="5890" w:type="dxa"/>
            <w:tcMar>
              <w:top w:w="100" w:type="dxa"/>
              <w:left w:w="150" w:type="dxa"/>
              <w:bottom w:w="100" w:type="dxa"/>
              <w:right w:w="150" w:type="dxa"/>
            </w:tcMar>
          </w:tcPr>
          <w:p w14:paraId="601D421A" w14:textId="77777777" w:rsidR="006B2F6E" w:rsidRPr="009C0FA0" w:rsidRDefault="006B2F6E">
            <w:pPr>
              <w:rPr>
                <w:color w:val="000000" w:themeColor="text1"/>
              </w:rPr>
            </w:pPr>
          </w:p>
        </w:tc>
      </w:tr>
      <w:tr w:rsidR="006B2F6E" w:rsidRPr="009C0FA0" w14:paraId="39FC73F2" w14:textId="77777777" w:rsidTr="004B09C2">
        <w:trPr>
          <w:trHeight w:val="832"/>
          <w:jc w:val="center"/>
        </w:trPr>
        <w:tc>
          <w:tcPr>
            <w:tcW w:w="3684" w:type="dxa"/>
            <w:shd w:val="clear" w:color="auto" w:fill="F0F4F8"/>
            <w:tcMar>
              <w:top w:w="100" w:type="dxa"/>
              <w:left w:w="150" w:type="dxa"/>
              <w:bottom w:w="100" w:type="dxa"/>
              <w:right w:w="150" w:type="dxa"/>
            </w:tcMar>
          </w:tcPr>
          <w:p w14:paraId="3FC342F2" w14:textId="77777777" w:rsidR="006B2F6E" w:rsidRPr="009C0FA0" w:rsidRDefault="007C58C6">
            <w:pPr>
              <w:rPr>
                <w:color w:val="000000" w:themeColor="text1"/>
              </w:rPr>
            </w:pPr>
            <w:r w:rsidRPr="009C0FA0">
              <w:rPr>
                <w:b/>
                <w:color w:val="000000" w:themeColor="text1"/>
                <w:sz w:val="20"/>
              </w:rPr>
              <w:t>Company Size (No. of Employees / Annual Capacity)</w:t>
            </w:r>
          </w:p>
        </w:tc>
        <w:tc>
          <w:tcPr>
            <w:tcW w:w="5890" w:type="dxa"/>
            <w:tcMar>
              <w:top w:w="100" w:type="dxa"/>
              <w:left w:w="150" w:type="dxa"/>
              <w:bottom w:w="100" w:type="dxa"/>
              <w:right w:w="150" w:type="dxa"/>
            </w:tcMar>
          </w:tcPr>
          <w:p w14:paraId="40EC0805" w14:textId="77777777" w:rsidR="006B2F6E" w:rsidRPr="009C0FA0" w:rsidRDefault="006B2F6E">
            <w:pPr>
              <w:rPr>
                <w:color w:val="000000" w:themeColor="text1"/>
              </w:rPr>
            </w:pPr>
          </w:p>
        </w:tc>
      </w:tr>
      <w:tr w:rsidR="006B2F6E" w:rsidRPr="009C0FA0" w14:paraId="2D8D3F47" w14:textId="77777777" w:rsidTr="004B09C2">
        <w:trPr>
          <w:trHeight w:val="1426"/>
          <w:jc w:val="center"/>
        </w:trPr>
        <w:tc>
          <w:tcPr>
            <w:tcW w:w="3684" w:type="dxa"/>
            <w:shd w:val="clear" w:color="auto" w:fill="F0F4F8"/>
            <w:tcMar>
              <w:top w:w="100" w:type="dxa"/>
              <w:left w:w="150" w:type="dxa"/>
              <w:bottom w:w="100" w:type="dxa"/>
              <w:right w:w="150" w:type="dxa"/>
            </w:tcMar>
          </w:tcPr>
          <w:p w14:paraId="1BAACC68" w14:textId="77777777" w:rsidR="006B2F6E" w:rsidRPr="009C0FA0" w:rsidRDefault="007C58C6">
            <w:pPr>
              <w:rPr>
                <w:color w:val="000000" w:themeColor="text1"/>
              </w:rPr>
            </w:pPr>
            <w:r w:rsidRPr="009C0FA0">
              <w:rPr>
                <w:b/>
                <w:color w:val="000000" w:themeColor="text1"/>
                <w:sz w:val="20"/>
              </w:rPr>
              <w:t>Main Vessel Types / Core Products</w:t>
            </w:r>
          </w:p>
        </w:tc>
        <w:tc>
          <w:tcPr>
            <w:tcW w:w="5890" w:type="dxa"/>
            <w:tcMar>
              <w:top w:w="100" w:type="dxa"/>
              <w:left w:w="150" w:type="dxa"/>
              <w:bottom w:w="100" w:type="dxa"/>
              <w:right w:w="150" w:type="dxa"/>
            </w:tcMar>
          </w:tcPr>
          <w:p w14:paraId="02706988" w14:textId="77777777" w:rsidR="006B2F6E" w:rsidRPr="009C0FA0" w:rsidRDefault="006B2F6E">
            <w:pPr>
              <w:rPr>
                <w:color w:val="000000" w:themeColor="text1"/>
              </w:rPr>
            </w:pPr>
          </w:p>
        </w:tc>
      </w:tr>
    </w:tbl>
    <w:p w14:paraId="7D4EF01B" w14:textId="77777777" w:rsidR="00E17B4C" w:rsidRPr="009C0FA0" w:rsidRDefault="00E17B4C">
      <w:pPr>
        <w:spacing w:before="240" w:after="120"/>
        <w:rPr>
          <w:rFonts w:ascii="Arial" w:eastAsia="맑은 고딕" w:hAnsi="Arial"/>
          <w:b/>
          <w:color w:val="000000" w:themeColor="text1"/>
          <w:sz w:val="24"/>
          <w:lang w:eastAsia="ko-KR"/>
        </w:rPr>
      </w:pPr>
    </w:p>
    <w:p w14:paraId="1EC15B77" w14:textId="081DE10A" w:rsidR="006B2F6E" w:rsidRPr="009C0FA0" w:rsidRDefault="007C58C6">
      <w:pPr>
        <w:spacing w:before="240" w:after="120"/>
        <w:rPr>
          <w:color w:val="000000" w:themeColor="text1"/>
        </w:rPr>
      </w:pPr>
      <w:r w:rsidRPr="009C0FA0">
        <w:rPr>
          <w:rFonts w:ascii="Arial" w:hAnsi="Arial"/>
          <w:b/>
          <w:color w:val="000000" w:themeColor="text1"/>
          <w:sz w:val="24"/>
        </w:rPr>
        <w:t>2. CONTACT PERSON INFORMATION</w:t>
      </w:r>
    </w:p>
    <w:tbl>
      <w:tblPr>
        <w:tblW w:w="0" w:type="auto"/>
        <w:jc w:val="center"/>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Look w:val="04A0" w:firstRow="1" w:lastRow="0" w:firstColumn="1" w:lastColumn="0" w:noHBand="0" w:noVBand="1"/>
      </w:tblPr>
      <w:tblGrid>
        <w:gridCol w:w="3597"/>
        <w:gridCol w:w="5753"/>
      </w:tblGrid>
      <w:tr w:rsidR="006B2F6E" w:rsidRPr="009C0FA0" w14:paraId="1BD80D49" w14:textId="77777777">
        <w:trPr>
          <w:jc w:val="center"/>
        </w:trPr>
        <w:tc>
          <w:tcPr>
            <w:tcW w:w="3600" w:type="dxa"/>
            <w:shd w:val="clear" w:color="auto" w:fill="F0F4F8"/>
            <w:tcMar>
              <w:top w:w="100" w:type="dxa"/>
              <w:left w:w="150" w:type="dxa"/>
              <w:bottom w:w="100" w:type="dxa"/>
              <w:right w:w="150" w:type="dxa"/>
            </w:tcMar>
          </w:tcPr>
          <w:p w14:paraId="7ADEB872" w14:textId="77777777" w:rsidR="006B2F6E" w:rsidRPr="009C0FA0" w:rsidRDefault="007C58C6">
            <w:pPr>
              <w:rPr>
                <w:color w:val="000000" w:themeColor="text1"/>
              </w:rPr>
            </w:pPr>
            <w:r w:rsidRPr="009C0FA0">
              <w:rPr>
                <w:b/>
                <w:color w:val="000000" w:themeColor="text1"/>
                <w:sz w:val="20"/>
              </w:rPr>
              <w:t>Full Name</w:t>
            </w:r>
          </w:p>
        </w:tc>
        <w:tc>
          <w:tcPr>
            <w:tcW w:w="5760" w:type="dxa"/>
            <w:tcMar>
              <w:top w:w="100" w:type="dxa"/>
              <w:left w:w="150" w:type="dxa"/>
              <w:bottom w:w="100" w:type="dxa"/>
              <w:right w:w="150" w:type="dxa"/>
            </w:tcMar>
          </w:tcPr>
          <w:p w14:paraId="4D56F3E9" w14:textId="77777777" w:rsidR="006B2F6E" w:rsidRPr="009C0FA0" w:rsidRDefault="006B2F6E">
            <w:pPr>
              <w:rPr>
                <w:color w:val="000000" w:themeColor="text1"/>
              </w:rPr>
            </w:pPr>
          </w:p>
        </w:tc>
      </w:tr>
      <w:tr w:rsidR="006B2F6E" w:rsidRPr="009C0FA0" w14:paraId="40B9D9E4" w14:textId="77777777">
        <w:trPr>
          <w:jc w:val="center"/>
        </w:trPr>
        <w:tc>
          <w:tcPr>
            <w:tcW w:w="3600" w:type="dxa"/>
            <w:shd w:val="clear" w:color="auto" w:fill="F0F4F8"/>
            <w:tcMar>
              <w:top w:w="100" w:type="dxa"/>
              <w:left w:w="150" w:type="dxa"/>
              <w:bottom w:w="100" w:type="dxa"/>
              <w:right w:w="150" w:type="dxa"/>
            </w:tcMar>
          </w:tcPr>
          <w:p w14:paraId="4A82629D" w14:textId="77777777" w:rsidR="006B2F6E" w:rsidRPr="009C0FA0" w:rsidRDefault="007C58C6">
            <w:pPr>
              <w:rPr>
                <w:color w:val="000000" w:themeColor="text1"/>
              </w:rPr>
            </w:pPr>
            <w:r w:rsidRPr="009C0FA0">
              <w:rPr>
                <w:b/>
                <w:color w:val="000000" w:themeColor="text1"/>
                <w:sz w:val="20"/>
              </w:rPr>
              <w:t>Job Title / Department</w:t>
            </w:r>
          </w:p>
        </w:tc>
        <w:tc>
          <w:tcPr>
            <w:tcW w:w="5760" w:type="dxa"/>
            <w:tcMar>
              <w:top w:w="100" w:type="dxa"/>
              <w:left w:w="150" w:type="dxa"/>
              <w:bottom w:w="100" w:type="dxa"/>
              <w:right w:w="150" w:type="dxa"/>
            </w:tcMar>
          </w:tcPr>
          <w:p w14:paraId="070E0A9D" w14:textId="77777777" w:rsidR="006B2F6E" w:rsidRPr="009C0FA0" w:rsidRDefault="006B2F6E">
            <w:pPr>
              <w:rPr>
                <w:color w:val="000000" w:themeColor="text1"/>
              </w:rPr>
            </w:pPr>
          </w:p>
        </w:tc>
      </w:tr>
      <w:tr w:rsidR="006B2F6E" w:rsidRPr="009C0FA0" w14:paraId="3E9EEB10" w14:textId="77777777">
        <w:trPr>
          <w:jc w:val="center"/>
        </w:trPr>
        <w:tc>
          <w:tcPr>
            <w:tcW w:w="3600" w:type="dxa"/>
            <w:shd w:val="clear" w:color="auto" w:fill="F0F4F8"/>
            <w:tcMar>
              <w:top w:w="100" w:type="dxa"/>
              <w:left w:w="150" w:type="dxa"/>
              <w:bottom w:w="100" w:type="dxa"/>
              <w:right w:w="150" w:type="dxa"/>
            </w:tcMar>
          </w:tcPr>
          <w:p w14:paraId="34E8C3CA" w14:textId="77777777" w:rsidR="006B2F6E" w:rsidRPr="009C0FA0" w:rsidRDefault="007C58C6">
            <w:pPr>
              <w:rPr>
                <w:color w:val="000000" w:themeColor="text1"/>
              </w:rPr>
            </w:pPr>
            <w:r w:rsidRPr="009C0FA0">
              <w:rPr>
                <w:b/>
                <w:color w:val="000000" w:themeColor="text1"/>
                <w:sz w:val="20"/>
              </w:rPr>
              <w:t>Phone Number</w:t>
            </w:r>
          </w:p>
        </w:tc>
        <w:tc>
          <w:tcPr>
            <w:tcW w:w="5760" w:type="dxa"/>
            <w:tcMar>
              <w:top w:w="100" w:type="dxa"/>
              <w:left w:w="150" w:type="dxa"/>
              <w:bottom w:w="100" w:type="dxa"/>
              <w:right w:w="150" w:type="dxa"/>
            </w:tcMar>
          </w:tcPr>
          <w:p w14:paraId="60ABEC8E" w14:textId="77777777" w:rsidR="006B2F6E" w:rsidRPr="009C0FA0" w:rsidRDefault="006B2F6E">
            <w:pPr>
              <w:rPr>
                <w:color w:val="000000" w:themeColor="text1"/>
              </w:rPr>
            </w:pPr>
          </w:p>
        </w:tc>
      </w:tr>
      <w:tr w:rsidR="006B2F6E" w:rsidRPr="009C0FA0" w14:paraId="215CBBB6" w14:textId="77777777">
        <w:trPr>
          <w:jc w:val="center"/>
        </w:trPr>
        <w:tc>
          <w:tcPr>
            <w:tcW w:w="3600" w:type="dxa"/>
            <w:shd w:val="clear" w:color="auto" w:fill="F0F4F8"/>
            <w:tcMar>
              <w:top w:w="100" w:type="dxa"/>
              <w:left w:w="150" w:type="dxa"/>
              <w:bottom w:w="100" w:type="dxa"/>
              <w:right w:w="150" w:type="dxa"/>
            </w:tcMar>
          </w:tcPr>
          <w:p w14:paraId="71AC98BB" w14:textId="77777777" w:rsidR="006B2F6E" w:rsidRPr="009C0FA0" w:rsidRDefault="007C58C6">
            <w:pPr>
              <w:rPr>
                <w:color w:val="000000" w:themeColor="text1"/>
              </w:rPr>
            </w:pPr>
            <w:r w:rsidRPr="009C0FA0">
              <w:rPr>
                <w:b/>
                <w:color w:val="000000" w:themeColor="text1"/>
                <w:sz w:val="20"/>
              </w:rPr>
              <w:t>Email Address</w:t>
            </w:r>
          </w:p>
        </w:tc>
        <w:tc>
          <w:tcPr>
            <w:tcW w:w="5760" w:type="dxa"/>
            <w:tcMar>
              <w:top w:w="100" w:type="dxa"/>
              <w:left w:w="150" w:type="dxa"/>
              <w:bottom w:w="100" w:type="dxa"/>
              <w:right w:w="150" w:type="dxa"/>
            </w:tcMar>
          </w:tcPr>
          <w:p w14:paraId="056C288F" w14:textId="77777777" w:rsidR="006B2F6E" w:rsidRPr="009C0FA0" w:rsidRDefault="006B2F6E">
            <w:pPr>
              <w:rPr>
                <w:color w:val="000000" w:themeColor="text1"/>
              </w:rPr>
            </w:pPr>
          </w:p>
        </w:tc>
      </w:tr>
    </w:tbl>
    <w:p w14:paraId="57604C35" w14:textId="77777777" w:rsidR="004B09C2" w:rsidRDefault="004B09C2">
      <w:pPr>
        <w:spacing w:before="240" w:after="120"/>
        <w:rPr>
          <w:rFonts w:ascii="Arial" w:eastAsia="맑은 고딕" w:hAnsi="Arial"/>
          <w:b/>
          <w:color w:val="000000" w:themeColor="text1"/>
          <w:sz w:val="24"/>
          <w:lang w:eastAsia="ko-KR"/>
        </w:rPr>
      </w:pPr>
    </w:p>
    <w:p w14:paraId="2E1B6C59" w14:textId="77777777" w:rsidR="008344EA" w:rsidRDefault="008344EA">
      <w:pPr>
        <w:spacing w:before="240" w:after="120"/>
        <w:rPr>
          <w:rFonts w:ascii="Arial" w:eastAsia="맑은 고딕" w:hAnsi="Arial"/>
          <w:b/>
          <w:color w:val="000000" w:themeColor="text1"/>
          <w:sz w:val="24"/>
          <w:lang w:eastAsia="ko-KR"/>
        </w:rPr>
      </w:pPr>
    </w:p>
    <w:p w14:paraId="5A45E4D3" w14:textId="77777777" w:rsidR="008344EA" w:rsidRPr="009C0FA0" w:rsidRDefault="008344EA">
      <w:pPr>
        <w:spacing w:before="240" w:after="120"/>
        <w:rPr>
          <w:rFonts w:ascii="Arial" w:eastAsia="맑은 고딕" w:hAnsi="Arial"/>
          <w:b/>
          <w:color w:val="000000" w:themeColor="text1"/>
          <w:sz w:val="24"/>
          <w:lang w:eastAsia="ko-KR"/>
        </w:rPr>
      </w:pPr>
    </w:p>
    <w:p w14:paraId="7D99ECB6" w14:textId="2C3472F2" w:rsidR="006B2F6E" w:rsidRPr="009C0FA0" w:rsidRDefault="007C58C6">
      <w:pPr>
        <w:spacing w:before="240" w:after="120"/>
        <w:rPr>
          <w:color w:val="000000" w:themeColor="text1"/>
        </w:rPr>
      </w:pPr>
      <w:r w:rsidRPr="009C0FA0">
        <w:rPr>
          <w:rFonts w:ascii="Arial" w:hAnsi="Arial"/>
          <w:b/>
          <w:color w:val="000000" w:themeColor="text1"/>
          <w:sz w:val="24"/>
        </w:rPr>
        <w:lastRenderedPageBreak/>
        <w:t>3. TRAINING REQUEST DETAILS</w:t>
      </w:r>
    </w:p>
    <w:tbl>
      <w:tblPr>
        <w:tblW w:w="0" w:type="auto"/>
        <w:jc w:val="center"/>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Look w:val="04A0" w:firstRow="1" w:lastRow="0" w:firstColumn="1" w:lastColumn="0" w:noHBand="0" w:noVBand="1"/>
      </w:tblPr>
      <w:tblGrid>
        <w:gridCol w:w="3597"/>
        <w:gridCol w:w="5753"/>
      </w:tblGrid>
      <w:tr w:rsidR="006B2F6E" w:rsidRPr="009C0FA0" w14:paraId="1295A198" w14:textId="77777777" w:rsidTr="004B09C2">
        <w:trPr>
          <w:trHeight w:val="1725"/>
          <w:jc w:val="center"/>
        </w:trPr>
        <w:tc>
          <w:tcPr>
            <w:tcW w:w="3600" w:type="dxa"/>
            <w:shd w:val="clear" w:color="auto" w:fill="F0F4F8"/>
            <w:tcMar>
              <w:top w:w="100" w:type="dxa"/>
              <w:left w:w="150" w:type="dxa"/>
              <w:bottom w:w="100" w:type="dxa"/>
              <w:right w:w="150" w:type="dxa"/>
            </w:tcMar>
          </w:tcPr>
          <w:p w14:paraId="3DFFBE2A" w14:textId="4D5F9079" w:rsidR="00E17B4C" w:rsidRPr="009C0FA0" w:rsidRDefault="007C58C6">
            <w:pPr>
              <w:rPr>
                <w:rFonts w:eastAsia="맑은 고딕"/>
                <w:b/>
                <w:color w:val="000000" w:themeColor="text1"/>
                <w:sz w:val="20"/>
                <w:lang w:eastAsia="ko-KR"/>
              </w:rPr>
            </w:pPr>
            <w:r w:rsidRPr="009C0FA0">
              <w:rPr>
                <w:b/>
                <w:color w:val="000000" w:themeColor="text1"/>
                <w:sz w:val="20"/>
              </w:rPr>
              <w:t>Desired Training Domain</w:t>
            </w:r>
          </w:p>
          <w:p w14:paraId="151AF9C8" w14:textId="7D48E781" w:rsidR="00E17B4C" w:rsidRPr="009C0FA0" w:rsidRDefault="00E17B4C">
            <w:pPr>
              <w:rPr>
                <w:rFonts w:eastAsia="맑은 고딕"/>
                <w:color w:val="000000" w:themeColor="text1"/>
                <w:lang w:eastAsia="ko-KR"/>
              </w:rPr>
            </w:pPr>
            <w:proofErr w:type="gramStart"/>
            <w:r w:rsidRPr="009C0FA0">
              <w:rPr>
                <w:rFonts w:eastAsia="맑은 고딕" w:hint="eastAsia"/>
                <w:b/>
                <w:color w:val="000000" w:themeColor="text1"/>
                <w:sz w:val="20"/>
                <w:lang w:eastAsia="ko-KR"/>
              </w:rPr>
              <w:t>Welding(</w:t>
            </w:r>
            <w:proofErr w:type="gramEnd"/>
            <w:r w:rsidRPr="009C0FA0">
              <w:rPr>
                <w:rFonts w:eastAsia="맑은 고딕" w:hint="eastAsia"/>
                <w:b/>
                <w:color w:val="000000" w:themeColor="text1"/>
                <w:sz w:val="20"/>
                <w:lang w:eastAsia="ko-KR"/>
              </w:rPr>
              <w:t>FCAW)</w:t>
            </w:r>
          </w:p>
        </w:tc>
        <w:tc>
          <w:tcPr>
            <w:tcW w:w="5760" w:type="dxa"/>
            <w:tcMar>
              <w:top w:w="100" w:type="dxa"/>
              <w:left w:w="150" w:type="dxa"/>
              <w:bottom w:w="100" w:type="dxa"/>
              <w:right w:w="150" w:type="dxa"/>
            </w:tcMar>
          </w:tcPr>
          <w:p w14:paraId="3EABC6AF" w14:textId="160431FA" w:rsidR="006B2F6E" w:rsidRPr="009C0FA0" w:rsidRDefault="00402471">
            <w:pPr>
              <w:rPr>
                <w:rFonts w:eastAsia="맑은 고딕"/>
                <w:color w:val="000000" w:themeColor="text1"/>
                <w:sz w:val="20"/>
                <w:lang w:eastAsia="ko-KR"/>
              </w:rPr>
            </w:pPr>
            <w:r w:rsidRPr="009C0FA0">
              <w:rPr>
                <w:color w:val="000000" w:themeColor="text1"/>
                <w:sz w:val="20"/>
              </w:rPr>
              <w:t xml:space="preserve">[ </w:t>
            </w:r>
            <w:proofErr w:type="gramStart"/>
            <w:r w:rsidRPr="009C0FA0">
              <w:rPr>
                <w:color w:val="000000" w:themeColor="text1"/>
                <w:sz w:val="20"/>
              </w:rPr>
              <w:t xml:space="preserve"> </w:t>
            </w:r>
            <w:r w:rsidR="00A76304">
              <w:rPr>
                <w:rFonts w:eastAsia="맑은 고딕" w:hint="eastAsia"/>
                <w:color w:val="000000" w:themeColor="text1"/>
                <w:sz w:val="20"/>
                <w:lang w:eastAsia="ko-KR"/>
              </w:rPr>
              <w:t xml:space="preserve"> </w:t>
            </w:r>
            <w:r w:rsidRPr="009C0FA0">
              <w:rPr>
                <w:color w:val="000000" w:themeColor="text1"/>
                <w:sz w:val="20"/>
              </w:rPr>
              <w:t>]</w:t>
            </w:r>
            <w:proofErr w:type="gramEnd"/>
            <w:r w:rsidRPr="009C0FA0">
              <w:rPr>
                <w:color w:val="000000" w:themeColor="text1"/>
                <w:sz w:val="20"/>
              </w:rPr>
              <w:t xml:space="preserve"> </w:t>
            </w:r>
            <w:proofErr w:type="gramStart"/>
            <w:r w:rsidR="00E17B4C" w:rsidRPr="009C0FA0">
              <w:rPr>
                <w:rFonts w:eastAsia="맑은 고딕"/>
                <w:color w:val="000000" w:themeColor="text1"/>
                <w:sz w:val="20"/>
                <w:lang w:eastAsia="ko-KR"/>
              </w:rPr>
              <w:t>Basic</w:t>
            </w:r>
            <w:r w:rsidRPr="009C0FA0">
              <w:rPr>
                <w:rFonts w:eastAsia="맑은 고딕" w:hint="eastAsia"/>
                <w:color w:val="000000" w:themeColor="text1"/>
                <w:sz w:val="20"/>
                <w:lang w:eastAsia="ko-KR"/>
              </w:rPr>
              <w:t xml:space="preserve"> ,</w:t>
            </w:r>
            <w:proofErr w:type="gramEnd"/>
            <w:r w:rsidRPr="009C0FA0">
              <w:rPr>
                <w:rFonts w:eastAsia="맑은 고딕" w:hint="eastAsia"/>
                <w:color w:val="000000" w:themeColor="text1"/>
                <w:sz w:val="20"/>
                <w:lang w:eastAsia="ko-KR"/>
              </w:rPr>
              <w:t xml:space="preserve"> </w:t>
            </w:r>
            <w:r w:rsidRPr="009C0FA0">
              <w:rPr>
                <w:color w:val="000000" w:themeColor="text1"/>
                <w:sz w:val="20"/>
              </w:rPr>
              <w:t xml:space="preserve">[ </w:t>
            </w:r>
            <w:proofErr w:type="gramStart"/>
            <w:r w:rsidR="00A76304">
              <w:rPr>
                <w:rFonts w:eastAsia="맑은 고딕" w:hint="eastAsia"/>
                <w:color w:val="000000" w:themeColor="text1"/>
                <w:sz w:val="20"/>
                <w:lang w:eastAsia="ko-KR"/>
              </w:rPr>
              <w:t xml:space="preserve"> </w:t>
            </w:r>
            <w:r w:rsidRPr="009C0FA0">
              <w:rPr>
                <w:color w:val="000000" w:themeColor="text1"/>
                <w:sz w:val="20"/>
              </w:rPr>
              <w:t xml:space="preserve"> ]</w:t>
            </w:r>
            <w:proofErr w:type="gramEnd"/>
            <w:r w:rsidR="00E17B4C" w:rsidRPr="009C0FA0">
              <w:rPr>
                <w:rFonts w:eastAsia="맑은 고딕" w:hint="eastAsia"/>
                <w:color w:val="000000" w:themeColor="text1"/>
                <w:sz w:val="20"/>
                <w:lang w:eastAsia="ko-KR"/>
              </w:rPr>
              <w:t xml:space="preserve"> </w:t>
            </w:r>
            <w:proofErr w:type="gramStart"/>
            <w:r w:rsidR="00E17B4C" w:rsidRPr="009C0FA0">
              <w:rPr>
                <w:rFonts w:eastAsia="맑은 고딕"/>
                <w:color w:val="000000" w:themeColor="text1"/>
                <w:sz w:val="20"/>
                <w:lang w:eastAsia="ko-KR"/>
              </w:rPr>
              <w:t>Advanced</w:t>
            </w:r>
            <w:r w:rsidR="00E17B4C" w:rsidRPr="009C0FA0">
              <w:rPr>
                <w:rFonts w:eastAsia="맑은 고딕" w:hint="eastAsia"/>
                <w:color w:val="000000" w:themeColor="text1"/>
                <w:sz w:val="20"/>
                <w:lang w:eastAsia="ko-KR"/>
              </w:rPr>
              <w:t xml:space="preserve"> </w:t>
            </w:r>
            <w:r w:rsidRPr="009C0FA0">
              <w:rPr>
                <w:rFonts w:eastAsia="맑은 고딕" w:hint="eastAsia"/>
                <w:color w:val="000000" w:themeColor="text1"/>
                <w:sz w:val="20"/>
                <w:lang w:eastAsia="ko-KR"/>
              </w:rPr>
              <w:t>,</w:t>
            </w:r>
            <w:proofErr w:type="gramEnd"/>
            <w:r w:rsidRPr="009C0FA0">
              <w:rPr>
                <w:rFonts w:eastAsia="맑은 고딕" w:hint="eastAsia"/>
                <w:color w:val="000000" w:themeColor="text1"/>
                <w:sz w:val="20"/>
                <w:lang w:eastAsia="ko-KR"/>
              </w:rPr>
              <w:t xml:space="preserve"> </w:t>
            </w:r>
            <w:r w:rsidRPr="009C0FA0">
              <w:rPr>
                <w:color w:val="000000" w:themeColor="text1"/>
                <w:sz w:val="20"/>
              </w:rPr>
              <w:t>[</w:t>
            </w:r>
            <w:r w:rsidR="00A76304">
              <w:rPr>
                <w:rFonts w:eastAsia="맑은 고딕" w:hint="eastAsia"/>
                <w:color w:val="000000" w:themeColor="text1"/>
                <w:sz w:val="20"/>
                <w:lang w:eastAsia="ko-KR"/>
              </w:rPr>
              <w:t xml:space="preserve"> </w:t>
            </w:r>
            <w:proofErr w:type="gramStart"/>
            <w:r w:rsidRPr="009C0FA0">
              <w:rPr>
                <w:color w:val="000000" w:themeColor="text1"/>
                <w:sz w:val="20"/>
              </w:rPr>
              <w:t xml:space="preserve">  ]</w:t>
            </w:r>
            <w:proofErr w:type="gramEnd"/>
            <w:r w:rsidRPr="009C0FA0">
              <w:rPr>
                <w:color w:val="000000" w:themeColor="text1"/>
                <w:sz w:val="20"/>
              </w:rPr>
              <w:t xml:space="preserve"> </w:t>
            </w:r>
            <w:r w:rsidR="00E17B4C" w:rsidRPr="009C0FA0">
              <w:rPr>
                <w:rFonts w:eastAsia="맑은 고딕" w:hint="eastAsia"/>
                <w:color w:val="000000" w:themeColor="text1"/>
                <w:sz w:val="20"/>
                <w:lang w:eastAsia="ko-KR"/>
              </w:rPr>
              <w:t xml:space="preserve"> </w:t>
            </w:r>
            <w:r w:rsidR="00E17B4C" w:rsidRPr="009C0FA0">
              <w:rPr>
                <w:rFonts w:eastAsia="맑은 고딕"/>
                <w:color w:val="000000" w:themeColor="text1"/>
                <w:sz w:val="20"/>
                <w:lang w:eastAsia="ko-KR"/>
              </w:rPr>
              <w:t>Other</w:t>
            </w:r>
            <w:r w:rsidR="00E17B4C" w:rsidRPr="009C0FA0">
              <w:rPr>
                <w:rFonts w:eastAsia="맑은 고딕" w:hint="eastAsia"/>
                <w:color w:val="000000" w:themeColor="text1"/>
                <w:sz w:val="20"/>
                <w:lang w:eastAsia="ko-KR"/>
              </w:rPr>
              <w:t xml:space="preserve"> </w:t>
            </w:r>
          </w:p>
          <w:p w14:paraId="46ED2447" w14:textId="22DA5D7E" w:rsidR="00E17B4C" w:rsidRPr="009C0FA0" w:rsidRDefault="00E17B4C">
            <w:pPr>
              <w:rPr>
                <w:rFonts w:eastAsia="맑은 고딕"/>
                <w:color w:val="000000" w:themeColor="text1"/>
                <w:lang w:eastAsia="ko-KR"/>
              </w:rPr>
            </w:pPr>
            <w:r w:rsidRPr="009C0FA0">
              <w:rPr>
                <w:rFonts w:eastAsia="맑은 고딕"/>
                <w:color w:val="000000" w:themeColor="text1"/>
                <w:sz w:val="20"/>
                <w:lang w:eastAsia="ko-KR"/>
              </w:rPr>
              <w:t>Description:</w:t>
            </w:r>
          </w:p>
        </w:tc>
      </w:tr>
      <w:tr w:rsidR="006B2F6E" w:rsidRPr="009C0FA0" w14:paraId="6BE45EF3" w14:textId="77777777" w:rsidTr="004B09C2">
        <w:trPr>
          <w:trHeight w:val="490"/>
          <w:jc w:val="center"/>
        </w:trPr>
        <w:tc>
          <w:tcPr>
            <w:tcW w:w="3600" w:type="dxa"/>
            <w:shd w:val="clear" w:color="auto" w:fill="F0F4F8"/>
            <w:tcMar>
              <w:top w:w="100" w:type="dxa"/>
              <w:left w:w="150" w:type="dxa"/>
              <w:bottom w:w="100" w:type="dxa"/>
              <w:right w:w="150" w:type="dxa"/>
            </w:tcMar>
          </w:tcPr>
          <w:p w14:paraId="116509FB" w14:textId="77777777" w:rsidR="006B2F6E" w:rsidRPr="009C0FA0" w:rsidRDefault="007C58C6">
            <w:pPr>
              <w:rPr>
                <w:color w:val="000000" w:themeColor="text1"/>
              </w:rPr>
            </w:pPr>
            <w:r w:rsidRPr="009C0FA0">
              <w:rPr>
                <w:b/>
                <w:color w:val="000000" w:themeColor="text1"/>
                <w:sz w:val="20"/>
              </w:rPr>
              <w:t>Target Number of Trainees (Workforce Size)</w:t>
            </w:r>
          </w:p>
        </w:tc>
        <w:tc>
          <w:tcPr>
            <w:tcW w:w="5760" w:type="dxa"/>
            <w:tcMar>
              <w:top w:w="100" w:type="dxa"/>
              <w:left w:w="150" w:type="dxa"/>
              <w:bottom w:w="100" w:type="dxa"/>
              <w:right w:w="150" w:type="dxa"/>
            </w:tcMar>
          </w:tcPr>
          <w:p w14:paraId="5DF87BCE" w14:textId="466847D9" w:rsidR="0091577F" w:rsidRDefault="00402471">
            <w:pPr>
              <w:rPr>
                <w:rFonts w:eastAsia="맑은 고딕"/>
                <w:color w:val="000000" w:themeColor="text1"/>
                <w:sz w:val="20"/>
                <w:lang w:eastAsia="ko-KR"/>
              </w:rPr>
            </w:pPr>
            <w:r w:rsidRPr="009C0FA0">
              <w:rPr>
                <w:color w:val="000000" w:themeColor="text1"/>
                <w:sz w:val="20"/>
              </w:rPr>
              <w:t>[</w:t>
            </w:r>
            <w:r w:rsidR="008344EA">
              <w:rPr>
                <w:rFonts w:eastAsia="맑은 고딕" w:hint="eastAsia"/>
                <w:color w:val="000000" w:themeColor="text1"/>
                <w:sz w:val="20"/>
                <w:lang w:eastAsia="ko-KR"/>
              </w:rPr>
              <w:t xml:space="preserve"> </w:t>
            </w:r>
            <w:proofErr w:type="gramStart"/>
            <w:r w:rsidRPr="009C0FA0">
              <w:rPr>
                <w:color w:val="000000" w:themeColor="text1"/>
                <w:sz w:val="20"/>
              </w:rPr>
              <w:t xml:space="preserve">  ]</w:t>
            </w:r>
            <w:proofErr w:type="gramEnd"/>
            <w:r w:rsidRPr="009C0FA0">
              <w:rPr>
                <w:color w:val="000000" w:themeColor="text1"/>
                <w:sz w:val="20"/>
              </w:rPr>
              <w:t xml:space="preserve"> </w:t>
            </w:r>
            <w:r w:rsidR="008344EA" w:rsidRPr="008344EA">
              <w:rPr>
                <w:rFonts w:eastAsia="맑은 고딕"/>
                <w:color w:val="000000" w:themeColor="text1"/>
                <w:sz w:val="20"/>
                <w:lang w:eastAsia="ko-KR"/>
              </w:rPr>
              <w:t xml:space="preserve">Incumbent Worker </w:t>
            </w:r>
            <w:proofErr w:type="gramStart"/>
            <w:r w:rsidR="008344EA" w:rsidRPr="008344EA">
              <w:rPr>
                <w:rFonts w:eastAsia="맑은 고딕"/>
                <w:color w:val="000000" w:themeColor="text1"/>
                <w:sz w:val="20"/>
                <w:lang w:eastAsia="ko-KR"/>
              </w:rPr>
              <w:t>Training</w:t>
            </w:r>
            <w:r w:rsidRPr="009C0FA0">
              <w:rPr>
                <w:rFonts w:eastAsia="맑은 고딕" w:hint="eastAsia"/>
                <w:color w:val="000000" w:themeColor="text1"/>
                <w:sz w:val="20"/>
                <w:lang w:eastAsia="ko-KR"/>
              </w:rPr>
              <w:t xml:space="preserve"> </w:t>
            </w:r>
            <w:r w:rsidR="0091577F">
              <w:rPr>
                <w:rFonts w:eastAsia="맑은 고딕" w:hint="eastAsia"/>
                <w:color w:val="000000" w:themeColor="text1"/>
                <w:sz w:val="20"/>
                <w:lang w:eastAsia="ko-KR"/>
              </w:rPr>
              <w:t xml:space="preserve"> (</w:t>
            </w:r>
            <w:proofErr w:type="gramEnd"/>
            <w:r w:rsidRPr="009C0FA0">
              <w:rPr>
                <w:rFonts w:eastAsia="맑은 고딕" w:hint="eastAsia"/>
                <w:color w:val="000000" w:themeColor="text1"/>
                <w:sz w:val="20"/>
                <w:lang w:eastAsia="ko-KR"/>
              </w:rPr>
              <w:t xml:space="preserve">  </w:t>
            </w:r>
            <w:r w:rsidR="008344EA">
              <w:rPr>
                <w:rFonts w:eastAsia="맑은 고딕" w:hint="eastAsia"/>
                <w:color w:val="000000" w:themeColor="text1"/>
                <w:sz w:val="20"/>
                <w:lang w:eastAsia="ko-KR"/>
              </w:rPr>
              <w:t xml:space="preserve">   </w:t>
            </w:r>
            <w:r w:rsidR="0091577F">
              <w:rPr>
                <w:rFonts w:eastAsia="맑은 고딕" w:hint="eastAsia"/>
                <w:color w:val="000000" w:themeColor="text1"/>
                <w:sz w:val="20"/>
                <w:lang w:eastAsia="ko-KR"/>
              </w:rPr>
              <w:t xml:space="preserve">  </w:t>
            </w:r>
            <w:r w:rsidR="008344EA">
              <w:rPr>
                <w:rFonts w:eastAsia="맑은 고딕" w:hint="eastAsia"/>
                <w:color w:val="000000" w:themeColor="text1"/>
                <w:sz w:val="20"/>
                <w:lang w:eastAsia="ko-KR"/>
              </w:rPr>
              <w:t xml:space="preserve">  </w:t>
            </w:r>
            <w:r w:rsidR="0091577F">
              <w:rPr>
                <w:rFonts w:eastAsia="맑은 고딕" w:hint="eastAsia"/>
                <w:color w:val="000000" w:themeColor="text1"/>
                <w:sz w:val="20"/>
                <w:lang w:eastAsia="ko-KR"/>
              </w:rPr>
              <w:t xml:space="preserve">     </w:t>
            </w:r>
            <w:proofErr w:type="gramStart"/>
            <w:r w:rsidR="0091577F">
              <w:rPr>
                <w:rFonts w:eastAsia="맑은 고딕" w:hint="eastAsia"/>
                <w:color w:val="000000" w:themeColor="text1"/>
                <w:sz w:val="20"/>
                <w:lang w:eastAsia="ko-KR"/>
              </w:rPr>
              <w:t xml:space="preserve">  )</w:t>
            </w:r>
            <w:proofErr w:type="gramEnd"/>
            <w:r w:rsidRPr="009C0FA0">
              <w:rPr>
                <w:rFonts w:eastAsia="맑은 고딕" w:hint="eastAsia"/>
                <w:color w:val="000000" w:themeColor="text1"/>
                <w:sz w:val="20"/>
                <w:lang w:eastAsia="ko-KR"/>
              </w:rPr>
              <w:t xml:space="preserve"> </w:t>
            </w:r>
          </w:p>
          <w:p w14:paraId="6C3C99C7" w14:textId="29991777" w:rsidR="008344EA" w:rsidRPr="008344EA" w:rsidRDefault="00402471">
            <w:pPr>
              <w:rPr>
                <w:rFonts w:eastAsia="맑은 고딕"/>
                <w:color w:val="000000" w:themeColor="text1"/>
                <w:sz w:val="20"/>
                <w:lang w:eastAsia="ko-KR"/>
              </w:rPr>
            </w:pPr>
            <w:r w:rsidRPr="009C0FA0">
              <w:rPr>
                <w:color w:val="000000" w:themeColor="text1"/>
                <w:sz w:val="20"/>
              </w:rPr>
              <w:t xml:space="preserve">[ </w:t>
            </w:r>
            <w:proofErr w:type="gramStart"/>
            <w:r w:rsidR="00D65C7B" w:rsidRPr="009C0FA0">
              <w:rPr>
                <w:rFonts w:eastAsia="맑은 고딕" w:hint="eastAsia"/>
                <w:color w:val="000000" w:themeColor="text1"/>
                <w:sz w:val="20"/>
                <w:lang w:eastAsia="ko-KR"/>
              </w:rPr>
              <w:t xml:space="preserve"> </w:t>
            </w:r>
            <w:r w:rsidRPr="009C0FA0">
              <w:rPr>
                <w:color w:val="000000" w:themeColor="text1"/>
                <w:sz w:val="20"/>
              </w:rPr>
              <w:t xml:space="preserve"> </w:t>
            </w:r>
            <w:r w:rsidR="008344EA">
              <w:rPr>
                <w:rFonts w:eastAsia="맑은 고딕" w:hint="eastAsia"/>
                <w:color w:val="000000" w:themeColor="text1"/>
                <w:sz w:val="20"/>
                <w:lang w:eastAsia="ko-KR"/>
              </w:rPr>
              <w:t>]</w:t>
            </w:r>
            <w:proofErr w:type="gramEnd"/>
            <w:r w:rsidR="008344EA">
              <w:rPr>
                <w:rFonts w:eastAsia="맑은 고딕" w:hint="eastAsia"/>
                <w:color w:val="000000" w:themeColor="text1"/>
                <w:sz w:val="20"/>
                <w:lang w:eastAsia="ko-KR"/>
              </w:rPr>
              <w:t xml:space="preserve"> </w:t>
            </w:r>
            <w:r w:rsidR="008344EA" w:rsidRPr="008344EA">
              <w:rPr>
                <w:rFonts w:eastAsia="맑은 고딕"/>
                <w:color w:val="000000" w:themeColor="text1"/>
                <w:sz w:val="20"/>
                <w:lang w:eastAsia="ko-KR"/>
              </w:rPr>
              <w:t xml:space="preserve">Pre-Employment Training </w:t>
            </w:r>
            <w:proofErr w:type="gramStart"/>
            <w:r w:rsidR="0091577F">
              <w:rPr>
                <w:rFonts w:eastAsia="맑은 고딕" w:hint="eastAsia"/>
                <w:color w:val="000000" w:themeColor="text1"/>
                <w:sz w:val="20"/>
                <w:lang w:eastAsia="ko-KR"/>
              </w:rPr>
              <w:t xml:space="preserve">(  </w:t>
            </w:r>
            <w:proofErr w:type="gramEnd"/>
            <w:r w:rsidR="0091577F">
              <w:rPr>
                <w:rFonts w:eastAsia="맑은 고딕" w:hint="eastAsia"/>
                <w:color w:val="000000" w:themeColor="text1"/>
                <w:sz w:val="20"/>
                <w:lang w:eastAsia="ko-KR"/>
              </w:rPr>
              <w:t xml:space="preserve"> </w:t>
            </w:r>
            <w:r w:rsidR="008344EA">
              <w:rPr>
                <w:rFonts w:eastAsia="맑은 고딕" w:hint="eastAsia"/>
                <w:color w:val="000000" w:themeColor="text1"/>
                <w:sz w:val="20"/>
                <w:lang w:eastAsia="ko-KR"/>
              </w:rPr>
              <w:t xml:space="preserve">  </w:t>
            </w:r>
            <w:r w:rsidR="0091577F">
              <w:rPr>
                <w:rFonts w:eastAsia="맑은 고딕" w:hint="eastAsia"/>
                <w:color w:val="000000" w:themeColor="text1"/>
                <w:sz w:val="20"/>
                <w:lang w:eastAsia="ko-KR"/>
              </w:rPr>
              <w:t xml:space="preserve">  </w:t>
            </w:r>
            <w:r w:rsidR="008344EA">
              <w:rPr>
                <w:rFonts w:eastAsia="맑은 고딕" w:hint="eastAsia"/>
                <w:color w:val="000000" w:themeColor="text1"/>
                <w:sz w:val="20"/>
                <w:lang w:eastAsia="ko-KR"/>
              </w:rPr>
              <w:t xml:space="preserve"> </w:t>
            </w:r>
            <w:r w:rsidR="0091577F">
              <w:rPr>
                <w:rFonts w:eastAsia="맑은 고딕" w:hint="eastAsia"/>
                <w:color w:val="000000" w:themeColor="text1"/>
                <w:sz w:val="20"/>
                <w:lang w:eastAsia="ko-KR"/>
              </w:rPr>
              <w:t xml:space="preserve">    </w:t>
            </w:r>
            <w:proofErr w:type="gramStart"/>
            <w:r w:rsidR="0091577F">
              <w:rPr>
                <w:rFonts w:eastAsia="맑은 고딕" w:hint="eastAsia"/>
                <w:color w:val="000000" w:themeColor="text1"/>
                <w:sz w:val="20"/>
                <w:lang w:eastAsia="ko-KR"/>
              </w:rPr>
              <w:t xml:space="preserve">  )</w:t>
            </w:r>
            <w:proofErr w:type="gramEnd"/>
          </w:p>
        </w:tc>
      </w:tr>
    </w:tbl>
    <w:p w14:paraId="3E6E6D57" w14:textId="77777777" w:rsidR="00E17B4C" w:rsidRPr="009C0FA0" w:rsidRDefault="00E17B4C">
      <w:pPr>
        <w:spacing w:before="240" w:after="120"/>
        <w:rPr>
          <w:rFonts w:ascii="Arial" w:eastAsia="맑은 고딕" w:hAnsi="Arial"/>
          <w:b/>
          <w:color w:val="000000" w:themeColor="text1"/>
          <w:sz w:val="24"/>
          <w:lang w:eastAsia="ko-KR"/>
        </w:rPr>
      </w:pPr>
    </w:p>
    <w:p w14:paraId="331B93A1" w14:textId="2B678BE4" w:rsidR="006B2F6E" w:rsidRPr="009C0FA0" w:rsidRDefault="007C58C6">
      <w:pPr>
        <w:spacing w:before="240" w:after="120"/>
        <w:rPr>
          <w:color w:val="000000" w:themeColor="text1"/>
        </w:rPr>
      </w:pPr>
      <w:r w:rsidRPr="009C0FA0">
        <w:rPr>
          <w:rFonts w:ascii="Arial" w:hAnsi="Arial"/>
          <w:b/>
          <w:color w:val="000000" w:themeColor="text1"/>
          <w:sz w:val="24"/>
        </w:rPr>
        <w:t>4. WELDING EQUIPMENT INVENTORY</w:t>
      </w:r>
    </w:p>
    <w:p w14:paraId="43FB4B00" w14:textId="216BC591" w:rsidR="006B2F6E" w:rsidRPr="009C0FA0" w:rsidRDefault="007C58C6">
      <w:pPr>
        <w:rPr>
          <w:rFonts w:eastAsia="맑은 고딕"/>
          <w:color w:val="000000" w:themeColor="text1"/>
          <w:sz w:val="20"/>
          <w:lang w:eastAsia="ko-KR"/>
        </w:rPr>
      </w:pPr>
      <w:r w:rsidRPr="009C0FA0">
        <w:rPr>
          <w:color w:val="000000" w:themeColor="text1"/>
          <w:sz w:val="20"/>
        </w:rPr>
        <w:t>Please specify the welding equipment currently owned and available at your facility:</w:t>
      </w:r>
    </w:p>
    <w:p w14:paraId="1C608577" w14:textId="3FE0D2B2" w:rsidR="00A1506B" w:rsidRPr="00B553E2" w:rsidRDefault="00B553E2" w:rsidP="00B553E2">
      <w:pPr>
        <w:pStyle w:val="aa"/>
        <w:numPr>
          <w:ilvl w:val="0"/>
          <w:numId w:val="17"/>
        </w:numPr>
        <w:spacing w:before="240"/>
        <w:rPr>
          <w:rFonts w:eastAsia="맑은 고딕"/>
          <w:color w:val="000000" w:themeColor="text1"/>
          <w:lang w:eastAsia="ko-KR"/>
        </w:rPr>
      </w:pPr>
      <w:r w:rsidRPr="00B553E2">
        <w:rPr>
          <w:rFonts w:eastAsia="맑은 고딕"/>
          <w:color w:val="000000" w:themeColor="text1"/>
          <w:lang w:eastAsia="ko-KR"/>
        </w:rPr>
        <w:t>Please attach photos for any applicable items.</w:t>
      </w:r>
    </w:p>
    <w:tbl>
      <w:tblPr>
        <w:tblOverlap w:val="never"/>
        <w:tblW w:w="9220" w:type="dxa"/>
        <w:tblCellMar>
          <w:top w:w="15" w:type="dxa"/>
          <w:left w:w="15" w:type="dxa"/>
          <w:bottom w:w="15" w:type="dxa"/>
          <w:right w:w="15" w:type="dxa"/>
        </w:tblCellMar>
        <w:tblLook w:val="04A0" w:firstRow="1" w:lastRow="0" w:firstColumn="1" w:lastColumn="0" w:noHBand="0" w:noVBand="1"/>
      </w:tblPr>
      <w:tblGrid>
        <w:gridCol w:w="1268"/>
        <w:gridCol w:w="1270"/>
        <w:gridCol w:w="6682"/>
      </w:tblGrid>
      <w:tr w:rsidR="005E297E" w:rsidRPr="009C0FA0" w14:paraId="1B145872" w14:textId="77777777" w:rsidTr="00034ABD">
        <w:trPr>
          <w:trHeight w:val="709"/>
        </w:trPr>
        <w:tc>
          <w:tcPr>
            <w:tcW w:w="2538" w:type="dxa"/>
            <w:gridSpan w:val="2"/>
            <w:tcBorders>
              <w:top w:val="single" w:sz="2" w:space="0" w:color="000000"/>
              <w:left w:val="single" w:sz="2" w:space="0" w:color="000000"/>
              <w:bottom w:val="single" w:sz="2" w:space="0" w:color="000000"/>
              <w:right w:val="single" w:sz="2" w:space="0" w:color="000000"/>
            </w:tcBorders>
            <w:shd w:val="clear" w:color="auto" w:fill="DBE5F1" w:themeFill="accent1" w:themeFillTint="33"/>
            <w:tcMar>
              <w:top w:w="28" w:type="dxa"/>
              <w:left w:w="28" w:type="dxa"/>
              <w:bottom w:w="28" w:type="dxa"/>
              <w:right w:w="28" w:type="dxa"/>
            </w:tcMar>
            <w:vAlign w:val="center"/>
            <w:hideMark/>
          </w:tcPr>
          <w:p w14:paraId="636E0A58" w14:textId="77777777" w:rsidR="005E297E" w:rsidRPr="00CD458C" w:rsidRDefault="005E297E" w:rsidP="005E297E">
            <w:pPr>
              <w:rPr>
                <w:rFonts w:eastAsia="맑은 고딕"/>
                <w:b/>
                <w:color w:val="000000" w:themeColor="text1"/>
                <w:sz w:val="20"/>
                <w:lang w:eastAsia="ko-KR"/>
              </w:rPr>
            </w:pPr>
            <w:r w:rsidRPr="00CD458C">
              <w:rPr>
                <w:rFonts w:eastAsia="맑은 고딕"/>
                <w:b/>
                <w:color w:val="000000" w:themeColor="text1"/>
                <w:sz w:val="20"/>
                <w:lang w:eastAsia="ko-KR"/>
              </w:rPr>
              <w:t xml:space="preserve">Subject (Skill) </w:t>
            </w:r>
          </w:p>
        </w:tc>
        <w:tc>
          <w:tcPr>
            <w:tcW w:w="6682"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0F8FCF67" w14:textId="77777777" w:rsidR="005E297E" w:rsidRPr="009C0FA0" w:rsidRDefault="005E297E" w:rsidP="005E297E">
            <w:pPr>
              <w:rPr>
                <w:rFonts w:eastAsia="맑은 고딕"/>
                <w:color w:val="000000" w:themeColor="text1"/>
                <w:lang w:eastAsia="ko-KR"/>
              </w:rPr>
            </w:pPr>
            <w:r w:rsidRPr="009C0FA0">
              <w:rPr>
                <w:rFonts w:eastAsia="맑은 고딕"/>
                <w:color w:val="000000" w:themeColor="text1"/>
                <w:lang w:eastAsia="ko-KR"/>
              </w:rPr>
              <w:t>Welding (FCAW 3G)</w:t>
            </w:r>
          </w:p>
        </w:tc>
      </w:tr>
      <w:tr w:rsidR="005E297E" w:rsidRPr="009C0FA0" w14:paraId="388F780B" w14:textId="77777777" w:rsidTr="00034ABD">
        <w:trPr>
          <w:trHeight w:val="709"/>
        </w:trPr>
        <w:tc>
          <w:tcPr>
            <w:tcW w:w="2538" w:type="dxa"/>
            <w:gridSpan w:val="2"/>
            <w:tcBorders>
              <w:top w:val="single" w:sz="2" w:space="0" w:color="000000"/>
              <w:left w:val="single" w:sz="2" w:space="0" w:color="000000"/>
              <w:bottom w:val="single" w:sz="2" w:space="0" w:color="000000"/>
              <w:right w:val="single" w:sz="2" w:space="0" w:color="000000"/>
            </w:tcBorders>
            <w:shd w:val="clear" w:color="auto" w:fill="DBE5F1" w:themeFill="accent1" w:themeFillTint="33"/>
            <w:tcMar>
              <w:top w:w="28" w:type="dxa"/>
              <w:left w:w="28" w:type="dxa"/>
              <w:bottom w:w="28" w:type="dxa"/>
              <w:right w:w="28" w:type="dxa"/>
            </w:tcMar>
            <w:vAlign w:val="center"/>
            <w:hideMark/>
          </w:tcPr>
          <w:p w14:paraId="7691BF77" w14:textId="77777777" w:rsidR="005E297E" w:rsidRPr="00CD458C" w:rsidRDefault="005E297E" w:rsidP="005E297E">
            <w:pPr>
              <w:rPr>
                <w:rFonts w:eastAsia="맑은 고딕"/>
                <w:b/>
                <w:color w:val="000000" w:themeColor="text1"/>
                <w:sz w:val="20"/>
                <w:lang w:eastAsia="ko-KR"/>
              </w:rPr>
            </w:pPr>
            <w:r w:rsidRPr="00CD458C">
              <w:rPr>
                <w:rFonts w:eastAsia="맑은 고딕"/>
                <w:b/>
                <w:color w:val="000000" w:themeColor="text1"/>
                <w:sz w:val="20"/>
                <w:lang w:eastAsia="ko-KR"/>
              </w:rPr>
              <w:t>PAX</w:t>
            </w:r>
          </w:p>
        </w:tc>
        <w:tc>
          <w:tcPr>
            <w:tcW w:w="6682"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506B1EF5" w14:textId="77777777" w:rsidR="005E297E" w:rsidRPr="009C0FA0" w:rsidRDefault="005E297E" w:rsidP="005E297E">
            <w:pPr>
              <w:rPr>
                <w:rFonts w:eastAsia="맑은 고딕"/>
                <w:color w:val="000000" w:themeColor="text1"/>
                <w:lang w:eastAsia="ko-KR"/>
              </w:rPr>
            </w:pPr>
          </w:p>
        </w:tc>
      </w:tr>
      <w:tr w:rsidR="005E297E" w:rsidRPr="009C0FA0" w14:paraId="4EA05123" w14:textId="77777777" w:rsidTr="00034ABD">
        <w:trPr>
          <w:trHeight w:val="739"/>
        </w:trPr>
        <w:tc>
          <w:tcPr>
            <w:tcW w:w="2538" w:type="dxa"/>
            <w:gridSpan w:val="2"/>
            <w:tcBorders>
              <w:top w:val="single" w:sz="2" w:space="0" w:color="000000"/>
              <w:left w:val="single" w:sz="2" w:space="0" w:color="000000"/>
              <w:bottom w:val="single" w:sz="2" w:space="0" w:color="000000"/>
              <w:right w:val="single" w:sz="2" w:space="0" w:color="000000"/>
            </w:tcBorders>
            <w:shd w:val="clear" w:color="auto" w:fill="DBE5F1" w:themeFill="accent1" w:themeFillTint="33"/>
            <w:tcMar>
              <w:top w:w="28" w:type="dxa"/>
              <w:left w:w="28" w:type="dxa"/>
              <w:bottom w:w="28" w:type="dxa"/>
              <w:right w:w="28" w:type="dxa"/>
            </w:tcMar>
            <w:vAlign w:val="center"/>
            <w:hideMark/>
          </w:tcPr>
          <w:p w14:paraId="72FD0C12" w14:textId="77777777" w:rsidR="005E297E" w:rsidRPr="00CD458C" w:rsidRDefault="005E297E" w:rsidP="005E297E">
            <w:pPr>
              <w:rPr>
                <w:rFonts w:eastAsia="맑은 고딕"/>
                <w:b/>
                <w:color w:val="000000" w:themeColor="text1"/>
                <w:sz w:val="20"/>
                <w:lang w:eastAsia="ko-KR"/>
              </w:rPr>
            </w:pPr>
            <w:r w:rsidRPr="00CD458C">
              <w:rPr>
                <w:rFonts w:eastAsia="맑은 고딕"/>
                <w:b/>
                <w:color w:val="000000" w:themeColor="text1"/>
                <w:sz w:val="20"/>
                <w:lang w:eastAsia="ko-KR"/>
              </w:rPr>
              <w:t>Period (Date)</w:t>
            </w:r>
          </w:p>
        </w:tc>
        <w:tc>
          <w:tcPr>
            <w:tcW w:w="6682"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70C4F2B7" w14:textId="77777777" w:rsidR="005E297E" w:rsidRPr="009C0FA0" w:rsidRDefault="005E297E" w:rsidP="005E297E">
            <w:pPr>
              <w:rPr>
                <w:rFonts w:eastAsia="맑은 고딕"/>
                <w:color w:val="000000" w:themeColor="text1"/>
                <w:lang w:eastAsia="ko-KR"/>
              </w:rPr>
            </w:pPr>
            <w:proofErr w:type="spellStart"/>
            <w:r w:rsidRPr="009C0FA0">
              <w:rPr>
                <w:rFonts w:eastAsia="맑은 고딕"/>
                <w:color w:val="000000" w:themeColor="text1"/>
                <w:lang w:eastAsia="ko-KR"/>
              </w:rPr>
              <w:t>yyyy</w:t>
            </w:r>
            <w:proofErr w:type="spellEnd"/>
            <w:r w:rsidRPr="009C0FA0">
              <w:rPr>
                <w:rFonts w:eastAsia="맑은 고딕"/>
                <w:color w:val="000000" w:themeColor="text1"/>
                <w:lang w:eastAsia="ko-KR"/>
              </w:rPr>
              <w:t xml:space="preserve">. mm. dd ~ </w:t>
            </w:r>
            <w:proofErr w:type="spellStart"/>
            <w:r w:rsidRPr="009C0FA0">
              <w:rPr>
                <w:rFonts w:eastAsia="맑은 고딕"/>
                <w:color w:val="000000" w:themeColor="text1"/>
                <w:lang w:eastAsia="ko-KR"/>
              </w:rPr>
              <w:t>yyyy</w:t>
            </w:r>
            <w:proofErr w:type="spellEnd"/>
            <w:r w:rsidRPr="009C0FA0">
              <w:rPr>
                <w:rFonts w:eastAsia="맑은 고딕"/>
                <w:color w:val="000000" w:themeColor="text1"/>
                <w:lang w:eastAsia="ko-KR"/>
              </w:rPr>
              <w:t>. mm. dd (OOO Hours)</w:t>
            </w:r>
          </w:p>
        </w:tc>
      </w:tr>
      <w:tr w:rsidR="005E297E" w:rsidRPr="009C0FA0" w14:paraId="02498B78" w14:textId="77777777" w:rsidTr="00034ABD">
        <w:trPr>
          <w:trHeight w:val="462"/>
        </w:trPr>
        <w:tc>
          <w:tcPr>
            <w:tcW w:w="1268" w:type="dxa"/>
            <w:vMerge w:val="restart"/>
            <w:tcBorders>
              <w:top w:val="single" w:sz="2" w:space="0" w:color="000000"/>
              <w:left w:val="single" w:sz="2" w:space="0" w:color="000000"/>
              <w:bottom w:val="single" w:sz="2" w:space="0" w:color="000000"/>
              <w:right w:val="single" w:sz="2" w:space="0" w:color="000000"/>
            </w:tcBorders>
            <w:shd w:val="clear" w:color="auto" w:fill="DBE5F1" w:themeFill="accent1" w:themeFillTint="33"/>
            <w:tcMar>
              <w:top w:w="28" w:type="dxa"/>
              <w:left w:w="28" w:type="dxa"/>
              <w:bottom w:w="28" w:type="dxa"/>
              <w:right w:w="28" w:type="dxa"/>
            </w:tcMar>
            <w:vAlign w:val="center"/>
            <w:hideMark/>
          </w:tcPr>
          <w:p w14:paraId="775592E3" w14:textId="77777777" w:rsidR="005E297E" w:rsidRPr="00CD458C" w:rsidRDefault="005E297E" w:rsidP="005E297E">
            <w:pPr>
              <w:rPr>
                <w:rFonts w:eastAsia="맑은 고딕"/>
                <w:b/>
                <w:color w:val="000000" w:themeColor="text1"/>
                <w:sz w:val="20"/>
                <w:lang w:eastAsia="ko-KR"/>
              </w:rPr>
            </w:pPr>
            <w:r w:rsidRPr="00CD458C">
              <w:rPr>
                <w:rFonts w:eastAsia="맑은 고딕"/>
                <w:b/>
                <w:color w:val="000000" w:themeColor="text1"/>
                <w:sz w:val="20"/>
                <w:lang w:eastAsia="ko-KR"/>
              </w:rPr>
              <w:t>Facility</w:t>
            </w:r>
          </w:p>
        </w:tc>
        <w:tc>
          <w:tcPr>
            <w:tcW w:w="1270" w:type="dxa"/>
            <w:vMerge w:val="restart"/>
            <w:tcBorders>
              <w:top w:val="single" w:sz="2" w:space="0" w:color="000000"/>
              <w:left w:val="single" w:sz="2" w:space="0" w:color="000000"/>
              <w:bottom w:val="single" w:sz="2" w:space="0" w:color="000000"/>
              <w:right w:val="single" w:sz="2" w:space="0" w:color="000000"/>
            </w:tcBorders>
            <w:shd w:val="clear" w:color="auto" w:fill="DBE5F1" w:themeFill="accent1" w:themeFillTint="33"/>
            <w:tcMar>
              <w:top w:w="28" w:type="dxa"/>
              <w:left w:w="28" w:type="dxa"/>
              <w:bottom w:w="28" w:type="dxa"/>
              <w:right w:w="28" w:type="dxa"/>
            </w:tcMar>
            <w:vAlign w:val="center"/>
            <w:hideMark/>
          </w:tcPr>
          <w:p w14:paraId="28F1133D" w14:textId="77777777" w:rsidR="005E297E" w:rsidRPr="00CD458C" w:rsidRDefault="005E297E" w:rsidP="005E297E">
            <w:pPr>
              <w:rPr>
                <w:rFonts w:eastAsia="맑은 고딕"/>
                <w:b/>
                <w:color w:val="000000" w:themeColor="text1"/>
                <w:sz w:val="20"/>
                <w:lang w:eastAsia="ko-KR"/>
              </w:rPr>
            </w:pPr>
            <w:r w:rsidRPr="00CD458C">
              <w:rPr>
                <w:rFonts w:eastAsia="맑은 고딕"/>
                <w:b/>
                <w:color w:val="000000" w:themeColor="text1"/>
                <w:sz w:val="20"/>
                <w:lang w:eastAsia="ko-KR"/>
              </w:rPr>
              <w:t>Lecture</w:t>
            </w:r>
          </w:p>
        </w:tc>
        <w:tc>
          <w:tcPr>
            <w:tcW w:w="6682"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1C05EC4D" w14:textId="77777777" w:rsidR="005E297E" w:rsidRPr="009C0FA0" w:rsidRDefault="005E297E" w:rsidP="005E297E">
            <w:pPr>
              <w:rPr>
                <w:rFonts w:eastAsia="맑은 고딕"/>
                <w:color w:val="000000" w:themeColor="text1"/>
                <w:lang w:eastAsia="ko-KR"/>
              </w:rPr>
            </w:pPr>
            <w:r w:rsidRPr="009C0FA0">
              <w:rPr>
                <w:rFonts w:eastAsia="맑은 고딕"/>
                <w:color w:val="000000" w:themeColor="text1"/>
                <w:lang w:eastAsia="ko-KR"/>
              </w:rPr>
              <w:t xml:space="preserve">Lecture </w:t>
            </w:r>
            <w:proofErr w:type="gramStart"/>
            <w:r w:rsidRPr="009C0FA0">
              <w:rPr>
                <w:rFonts w:eastAsia="맑은 고딕"/>
                <w:color w:val="000000" w:themeColor="text1"/>
                <w:lang w:eastAsia="ko-KR"/>
              </w:rPr>
              <w:t>room</w:t>
            </w:r>
            <w:r w:rsidRPr="009C0FA0">
              <w:rPr>
                <w:rFonts w:eastAsia="맑은 고딕" w:hint="eastAsia"/>
                <w:color w:val="000000" w:themeColor="text1"/>
                <w:lang w:eastAsia="ko-KR"/>
              </w:rPr>
              <w:t>(</w:t>
            </w:r>
            <w:proofErr w:type="gramEnd"/>
            <w:r w:rsidRPr="009C0FA0">
              <w:rPr>
                <w:rFonts w:eastAsia="맑은 고딕"/>
                <w:color w:val="000000" w:themeColor="text1"/>
                <w:lang w:eastAsia="ko-KR"/>
              </w:rPr>
              <w:t>Size and capacity</w:t>
            </w:r>
            <w:r w:rsidRPr="009C0FA0">
              <w:rPr>
                <w:rFonts w:eastAsia="맑은 고딕" w:hint="eastAsia"/>
                <w:color w:val="000000" w:themeColor="text1"/>
                <w:lang w:eastAsia="ko-KR"/>
              </w:rPr>
              <w:t>)</w:t>
            </w:r>
          </w:p>
          <w:p w14:paraId="2F84F69F" w14:textId="77777777" w:rsidR="00034ABD" w:rsidRPr="009C0FA0" w:rsidRDefault="00034ABD" w:rsidP="005E297E">
            <w:pPr>
              <w:rPr>
                <w:rFonts w:eastAsia="맑은 고딕"/>
                <w:color w:val="000000" w:themeColor="text1"/>
                <w:lang w:eastAsia="ko-KR"/>
              </w:rPr>
            </w:pPr>
          </w:p>
          <w:p w14:paraId="437BDFE7" w14:textId="74A838FD" w:rsidR="00034ABD" w:rsidRPr="009C0FA0" w:rsidRDefault="00034ABD" w:rsidP="005E297E">
            <w:pPr>
              <w:rPr>
                <w:rFonts w:eastAsia="맑은 고딕"/>
                <w:color w:val="000000" w:themeColor="text1"/>
                <w:lang w:eastAsia="ko-KR"/>
              </w:rPr>
            </w:pPr>
          </w:p>
        </w:tc>
      </w:tr>
      <w:tr w:rsidR="005E297E" w:rsidRPr="009C0FA0" w14:paraId="4183A8AA" w14:textId="77777777" w:rsidTr="00034ABD">
        <w:trPr>
          <w:trHeight w:val="431"/>
        </w:trPr>
        <w:tc>
          <w:tcPr>
            <w:tcW w:w="0" w:type="auto"/>
            <w:vMerge/>
            <w:tcBorders>
              <w:top w:val="single" w:sz="2" w:space="0" w:color="000000"/>
              <w:left w:val="single" w:sz="2" w:space="0" w:color="000000"/>
              <w:bottom w:val="single" w:sz="2" w:space="0" w:color="000000"/>
              <w:right w:val="single" w:sz="2" w:space="0" w:color="000000"/>
            </w:tcBorders>
            <w:shd w:val="clear" w:color="auto" w:fill="DBE5F1" w:themeFill="accent1" w:themeFillTint="33"/>
            <w:vAlign w:val="center"/>
            <w:hideMark/>
          </w:tcPr>
          <w:p w14:paraId="5A78394F" w14:textId="77777777" w:rsidR="005E297E" w:rsidRPr="009C0FA0" w:rsidRDefault="005E297E" w:rsidP="005E297E">
            <w:pPr>
              <w:rPr>
                <w:b/>
                <w:color w:val="000000" w:themeColor="text1"/>
                <w:sz w:val="20"/>
              </w:rPr>
            </w:pPr>
          </w:p>
        </w:tc>
        <w:tc>
          <w:tcPr>
            <w:tcW w:w="0" w:type="auto"/>
            <w:vMerge/>
            <w:tcBorders>
              <w:top w:val="single" w:sz="2" w:space="0" w:color="000000"/>
              <w:left w:val="single" w:sz="2" w:space="0" w:color="000000"/>
              <w:bottom w:val="single" w:sz="2" w:space="0" w:color="000000"/>
              <w:right w:val="single" w:sz="2" w:space="0" w:color="000000"/>
            </w:tcBorders>
            <w:shd w:val="clear" w:color="auto" w:fill="DBE5F1" w:themeFill="accent1" w:themeFillTint="33"/>
            <w:vAlign w:val="center"/>
            <w:hideMark/>
          </w:tcPr>
          <w:p w14:paraId="513B66D0" w14:textId="77777777" w:rsidR="005E297E" w:rsidRPr="009C0FA0" w:rsidRDefault="005E297E" w:rsidP="005E297E">
            <w:pPr>
              <w:rPr>
                <w:b/>
                <w:color w:val="000000" w:themeColor="text1"/>
                <w:sz w:val="20"/>
              </w:rPr>
            </w:pPr>
          </w:p>
        </w:tc>
        <w:tc>
          <w:tcPr>
            <w:tcW w:w="6682"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562787A0" w14:textId="77777777" w:rsidR="005E297E" w:rsidRPr="009C0FA0" w:rsidRDefault="005E297E" w:rsidP="005E297E">
            <w:pPr>
              <w:rPr>
                <w:rFonts w:eastAsia="맑은 고딕"/>
                <w:color w:val="000000" w:themeColor="text1"/>
                <w:lang w:eastAsia="ko-KR"/>
              </w:rPr>
            </w:pPr>
            <w:r w:rsidRPr="009C0FA0">
              <w:rPr>
                <w:rFonts w:eastAsia="맑은 고딕"/>
                <w:color w:val="000000" w:themeColor="text1"/>
                <w:lang w:eastAsia="ko-KR"/>
              </w:rPr>
              <w:t>PC/Laptop and peripheral device</w:t>
            </w:r>
          </w:p>
          <w:p w14:paraId="6908C891" w14:textId="77777777" w:rsidR="00034ABD" w:rsidRPr="009C0FA0" w:rsidRDefault="00034ABD" w:rsidP="005E297E">
            <w:pPr>
              <w:rPr>
                <w:rFonts w:eastAsia="맑은 고딕"/>
                <w:color w:val="000000" w:themeColor="text1"/>
                <w:lang w:eastAsia="ko-KR"/>
              </w:rPr>
            </w:pPr>
          </w:p>
          <w:p w14:paraId="6EE4259B" w14:textId="217DC08B" w:rsidR="00034ABD" w:rsidRPr="009C0FA0" w:rsidRDefault="00034ABD" w:rsidP="005E297E">
            <w:pPr>
              <w:rPr>
                <w:rFonts w:eastAsia="맑은 고딕"/>
                <w:color w:val="000000" w:themeColor="text1"/>
                <w:lang w:eastAsia="ko-KR"/>
              </w:rPr>
            </w:pPr>
          </w:p>
        </w:tc>
      </w:tr>
      <w:tr w:rsidR="005E297E" w:rsidRPr="009C0FA0" w14:paraId="182161D5" w14:textId="77777777" w:rsidTr="00034ABD">
        <w:trPr>
          <w:trHeight w:val="462"/>
        </w:trPr>
        <w:tc>
          <w:tcPr>
            <w:tcW w:w="0" w:type="auto"/>
            <w:vMerge/>
            <w:tcBorders>
              <w:top w:val="single" w:sz="2" w:space="0" w:color="000000"/>
              <w:left w:val="single" w:sz="2" w:space="0" w:color="000000"/>
              <w:bottom w:val="single" w:sz="2" w:space="0" w:color="000000"/>
              <w:right w:val="single" w:sz="2" w:space="0" w:color="000000"/>
            </w:tcBorders>
            <w:shd w:val="clear" w:color="auto" w:fill="DBE5F1" w:themeFill="accent1" w:themeFillTint="33"/>
            <w:vAlign w:val="center"/>
            <w:hideMark/>
          </w:tcPr>
          <w:p w14:paraId="72EA5740" w14:textId="77777777" w:rsidR="005E297E" w:rsidRPr="009C0FA0" w:rsidRDefault="005E297E" w:rsidP="005E297E">
            <w:pPr>
              <w:rPr>
                <w:b/>
                <w:color w:val="000000" w:themeColor="text1"/>
                <w:sz w:val="20"/>
              </w:rPr>
            </w:pPr>
          </w:p>
        </w:tc>
        <w:tc>
          <w:tcPr>
            <w:tcW w:w="0" w:type="auto"/>
            <w:vMerge/>
            <w:tcBorders>
              <w:top w:val="single" w:sz="2" w:space="0" w:color="000000"/>
              <w:left w:val="single" w:sz="2" w:space="0" w:color="000000"/>
              <w:bottom w:val="single" w:sz="2" w:space="0" w:color="000000"/>
              <w:right w:val="single" w:sz="2" w:space="0" w:color="000000"/>
            </w:tcBorders>
            <w:shd w:val="clear" w:color="auto" w:fill="DBE5F1" w:themeFill="accent1" w:themeFillTint="33"/>
            <w:vAlign w:val="center"/>
            <w:hideMark/>
          </w:tcPr>
          <w:p w14:paraId="232215C2" w14:textId="77777777" w:rsidR="005E297E" w:rsidRPr="009C0FA0" w:rsidRDefault="005E297E" w:rsidP="005E297E">
            <w:pPr>
              <w:rPr>
                <w:b/>
                <w:color w:val="000000" w:themeColor="text1"/>
                <w:sz w:val="20"/>
              </w:rPr>
            </w:pPr>
          </w:p>
        </w:tc>
        <w:tc>
          <w:tcPr>
            <w:tcW w:w="6682"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08EB09E2" w14:textId="77777777" w:rsidR="005E297E" w:rsidRPr="009C0FA0" w:rsidRDefault="005E297E" w:rsidP="005E297E">
            <w:pPr>
              <w:rPr>
                <w:rFonts w:eastAsia="맑은 고딕"/>
                <w:color w:val="000000" w:themeColor="text1"/>
                <w:lang w:eastAsia="ko-KR"/>
              </w:rPr>
            </w:pPr>
            <w:r w:rsidRPr="009C0FA0">
              <w:rPr>
                <w:rFonts w:eastAsia="맑은 고딕"/>
                <w:color w:val="000000" w:themeColor="text1"/>
                <w:lang w:eastAsia="ko-KR"/>
              </w:rPr>
              <w:t>Desk / Chair</w:t>
            </w:r>
          </w:p>
          <w:p w14:paraId="491AAD3D" w14:textId="77777777" w:rsidR="00034ABD" w:rsidRPr="009C0FA0" w:rsidRDefault="00034ABD" w:rsidP="005E297E">
            <w:pPr>
              <w:rPr>
                <w:rFonts w:eastAsia="맑은 고딕"/>
                <w:color w:val="000000" w:themeColor="text1"/>
                <w:lang w:eastAsia="ko-KR"/>
              </w:rPr>
            </w:pPr>
          </w:p>
          <w:p w14:paraId="6DA96F58" w14:textId="54E964FA" w:rsidR="00034ABD" w:rsidRPr="009C0FA0" w:rsidRDefault="00034ABD" w:rsidP="005E297E">
            <w:pPr>
              <w:rPr>
                <w:rFonts w:eastAsia="맑은 고딕"/>
                <w:color w:val="000000" w:themeColor="text1"/>
                <w:lang w:eastAsia="ko-KR"/>
              </w:rPr>
            </w:pPr>
          </w:p>
        </w:tc>
      </w:tr>
      <w:tr w:rsidR="005E297E" w:rsidRPr="009C0FA0" w14:paraId="6BF95AD2" w14:textId="77777777" w:rsidTr="00034ABD">
        <w:trPr>
          <w:trHeight w:val="462"/>
        </w:trPr>
        <w:tc>
          <w:tcPr>
            <w:tcW w:w="0" w:type="auto"/>
            <w:vMerge/>
            <w:tcBorders>
              <w:top w:val="single" w:sz="2" w:space="0" w:color="000000"/>
              <w:left w:val="single" w:sz="2" w:space="0" w:color="000000"/>
              <w:bottom w:val="single" w:sz="2" w:space="0" w:color="000000"/>
              <w:right w:val="single" w:sz="2" w:space="0" w:color="000000"/>
            </w:tcBorders>
            <w:shd w:val="clear" w:color="auto" w:fill="DBE5F1" w:themeFill="accent1" w:themeFillTint="33"/>
            <w:vAlign w:val="center"/>
            <w:hideMark/>
          </w:tcPr>
          <w:p w14:paraId="53B2DA5B" w14:textId="77777777" w:rsidR="005E297E" w:rsidRPr="009C0FA0" w:rsidRDefault="005E297E" w:rsidP="005E297E">
            <w:pPr>
              <w:rPr>
                <w:b/>
                <w:color w:val="000000" w:themeColor="text1"/>
                <w:sz w:val="20"/>
              </w:rPr>
            </w:pPr>
          </w:p>
        </w:tc>
        <w:tc>
          <w:tcPr>
            <w:tcW w:w="0" w:type="auto"/>
            <w:vMerge/>
            <w:tcBorders>
              <w:top w:val="single" w:sz="2" w:space="0" w:color="000000"/>
              <w:left w:val="single" w:sz="2" w:space="0" w:color="000000"/>
              <w:bottom w:val="single" w:sz="2" w:space="0" w:color="000000"/>
              <w:right w:val="single" w:sz="2" w:space="0" w:color="000000"/>
            </w:tcBorders>
            <w:shd w:val="clear" w:color="auto" w:fill="DBE5F1" w:themeFill="accent1" w:themeFillTint="33"/>
            <w:vAlign w:val="center"/>
            <w:hideMark/>
          </w:tcPr>
          <w:p w14:paraId="0F6FB4D2" w14:textId="77777777" w:rsidR="005E297E" w:rsidRPr="009C0FA0" w:rsidRDefault="005E297E" w:rsidP="005E297E">
            <w:pPr>
              <w:rPr>
                <w:b/>
                <w:color w:val="000000" w:themeColor="text1"/>
                <w:sz w:val="20"/>
              </w:rPr>
            </w:pPr>
          </w:p>
        </w:tc>
        <w:tc>
          <w:tcPr>
            <w:tcW w:w="6682"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15AE152C" w14:textId="77777777" w:rsidR="005E297E" w:rsidRPr="009C0FA0" w:rsidRDefault="005E297E" w:rsidP="005E297E">
            <w:pPr>
              <w:rPr>
                <w:rFonts w:eastAsia="맑은 고딕"/>
                <w:color w:val="000000" w:themeColor="text1"/>
                <w:lang w:eastAsia="ko-KR"/>
              </w:rPr>
            </w:pPr>
            <w:proofErr w:type="gramStart"/>
            <w:r w:rsidRPr="009C0FA0">
              <w:rPr>
                <w:rFonts w:eastAsia="맑은 고딕"/>
                <w:color w:val="000000" w:themeColor="text1"/>
                <w:lang w:eastAsia="ko-KR"/>
              </w:rPr>
              <w:t>Others</w:t>
            </w:r>
            <w:r w:rsidRPr="009C0FA0">
              <w:rPr>
                <w:rFonts w:eastAsia="맑은 고딕" w:hint="eastAsia"/>
                <w:color w:val="000000" w:themeColor="text1"/>
                <w:lang w:eastAsia="ko-KR"/>
              </w:rPr>
              <w:t>(</w:t>
            </w:r>
            <w:proofErr w:type="gramEnd"/>
            <w:r w:rsidRPr="009C0FA0">
              <w:rPr>
                <w:rFonts w:eastAsia="맑은 고딕"/>
                <w:color w:val="000000" w:themeColor="text1"/>
                <w:lang w:eastAsia="ko-KR"/>
              </w:rPr>
              <w:t>HVAC, Lighting, Sanitary facilities</w:t>
            </w:r>
            <w:r w:rsidRPr="009C0FA0">
              <w:rPr>
                <w:rFonts w:eastAsia="맑은 고딕" w:hint="eastAsia"/>
                <w:color w:val="000000" w:themeColor="text1"/>
                <w:lang w:eastAsia="ko-KR"/>
              </w:rPr>
              <w:t>)</w:t>
            </w:r>
          </w:p>
          <w:p w14:paraId="61492295" w14:textId="77777777" w:rsidR="00034ABD" w:rsidRPr="009C0FA0" w:rsidRDefault="00034ABD" w:rsidP="005E297E">
            <w:pPr>
              <w:rPr>
                <w:rFonts w:eastAsia="맑은 고딕"/>
                <w:color w:val="000000" w:themeColor="text1"/>
                <w:lang w:eastAsia="ko-KR"/>
              </w:rPr>
            </w:pPr>
          </w:p>
          <w:p w14:paraId="71ADDE6A" w14:textId="77777777" w:rsidR="00034ABD" w:rsidRPr="009C0FA0" w:rsidRDefault="00034ABD" w:rsidP="005E297E">
            <w:pPr>
              <w:rPr>
                <w:rFonts w:eastAsia="맑은 고딕"/>
                <w:color w:val="000000" w:themeColor="text1"/>
                <w:lang w:eastAsia="ko-KR"/>
              </w:rPr>
            </w:pPr>
          </w:p>
          <w:p w14:paraId="4B789502" w14:textId="77230869" w:rsidR="00034ABD" w:rsidRPr="009C0FA0" w:rsidRDefault="00034ABD" w:rsidP="005E297E">
            <w:pPr>
              <w:rPr>
                <w:rFonts w:eastAsia="맑은 고딕"/>
                <w:color w:val="000000" w:themeColor="text1"/>
                <w:lang w:eastAsia="ko-KR"/>
              </w:rPr>
            </w:pPr>
          </w:p>
        </w:tc>
      </w:tr>
      <w:tr w:rsidR="005E297E" w:rsidRPr="009C0FA0" w14:paraId="7B01B2CC" w14:textId="77777777" w:rsidTr="00034ABD">
        <w:trPr>
          <w:trHeight w:val="462"/>
        </w:trPr>
        <w:tc>
          <w:tcPr>
            <w:tcW w:w="0" w:type="auto"/>
            <w:vMerge/>
            <w:tcBorders>
              <w:top w:val="single" w:sz="2" w:space="0" w:color="000000"/>
              <w:left w:val="single" w:sz="2" w:space="0" w:color="000000"/>
              <w:bottom w:val="single" w:sz="2" w:space="0" w:color="000000"/>
              <w:right w:val="single" w:sz="2" w:space="0" w:color="000000"/>
            </w:tcBorders>
            <w:shd w:val="clear" w:color="auto" w:fill="DBE5F1" w:themeFill="accent1" w:themeFillTint="33"/>
            <w:vAlign w:val="center"/>
            <w:hideMark/>
          </w:tcPr>
          <w:p w14:paraId="581E161C" w14:textId="77777777" w:rsidR="005E297E" w:rsidRPr="009C0FA0" w:rsidRDefault="005E297E" w:rsidP="005E297E">
            <w:pPr>
              <w:rPr>
                <w:b/>
                <w:color w:val="000000" w:themeColor="text1"/>
                <w:sz w:val="20"/>
              </w:rPr>
            </w:pPr>
          </w:p>
        </w:tc>
        <w:tc>
          <w:tcPr>
            <w:tcW w:w="1270" w:type="dxa"/>
            <w:vMerge w:val="restart"/>
            <w:tcBorders>
              <w:top w:val="single" w:sz="2" w:space="0" w:color="000000"/>
              <w:left w:val="single" w:sz="2" w:space="0" w:color="000000"/>
              <w:bottom w:val="single" w:sz="2" w:space="0" w:color="000000"/>
              <w:right w:val="single" w:sz="2" w:space="0" w:color="000000"/>
            </w:tcBorders>
            <w:shd w:val="clear" w:color="auto" w:fill="DBE5F1" w:themeFill="accent1" w:themeFillTint="33"/>
            <w:tcMar>
              <w:top w:w="28" w:type="dxa"/>
              <w:left w:w="28" w:type="dxa"/>
              <w:bottom w:w="28" w:type="dxa"/>
              <w:right w:w="28" w:type="dxa"/>
            </w:tcMar>
            <w:vAlign w:val="center"/>
            <w:hideMark/>
          </w:tcPr>
          <w:p w14:paraId="154318B3" w14:textId="77777777" w:rsidR="005E297E" w:rsidRPr="009C0FA0" w:rsidRDefault="005E297E" w:rsidP="005E297E">
            <w:pPr>
              <w:rPr>
                <w:b/>
                <w:color w:val="000000" w:themeColor="text1"/>
                <w:sz w:val="20"/>
              </w:rPr>
            </w:pPr>
            <w:r w:rsidRPr="009C0FA0">
              <w:rPr>
                <w:b/>
                <w:color w:val="000000" w:themeColor="text1"/>
                <w:sz w:val="20"/>
              </w:rPr>
              <w:t>Training</w:t>
            </w:r>
          </w:p>
        </w:tc>
        <w:tc>
          <w:tcPr>
            <w:tcW w:w="6682"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62DF7D41" w14:textId="77777777" w:rsidR="005E297E" w:rsidRPr="009C0FA0" w:rsidRDefault="005E297E" w:rsidP="005E297E">
            <w:pPr>
              <w:rPr>
                <w:rFonts w:eastAsia="맑은 고딕"/>
                <w:color w:val="000000" w:themeColor="text1"/>
                <w:lang w:eastAsia="ko-KR"/>
              </w:rPr>
            </w:pPr>
            <w:r w:rsidRPr="009C0FA0">
              <w:rPr>
                <w:rFonts w:eastAsia="맑은 고딕"/>
                <w:color w:val="000000" w:themeColor="text1"/>
                <w:lang w:eastAsia="ko-KR"/>
              </w:rPr>
              <w:t xml:space="preserve">Welding </w:t>
            </w:r>
            <w:proofErr w:type="gramStart"/>
            <w:r w:rsidRPr="009C0FA0">
              <w:rPr>
                <w:rFonts w:eastAsia="맑은 고딕"/>
                <w:color w:val="000000" w:themeColor="text1"/>
                <w:lang w:eastAsia="ko-KR"/>
              </w:rPr>
              <w:t>machine</w:t>
            </w:r>
            <w:r w:rsidRPr="009C0FA0">
              <w:rPr>
                <w:rFonts w:eastAsia="맑은 고딕" w:hint="eastAsia"/>
                <w:color w:val="000000" w:themeColor="text1"/>
                <w:lang w:eastAsia="ko-KR"/>
              </w:rPr>
              <w:t>(</w:t>
            </w:r>
            <w:proofErr w:type="gramEnd"/>
            <w:r w:rsidRPr="009C0FA0">
              <w:rPr>
                <w:rFonts w:eastAsia="맑은 고딕"/>
                <w:color w:val="000000" w:themeColor="text1"/>
                <w:lang w:eastAsia="ko-KR"/>
              </w:rPr>
              <w:t>Quantity and specification</w:t>
            </w:r>
            <w:r w:rsidRPr="009C0FA0">
              <w:rPr>
                <w:rFonts w:eastAsia="맑은 고딕" w:hint="eastAsia"/>
                <w:color w:val="000000" w:themeColor="text1"/>
                <w:lang w:eastAsia="ko-KR"/>
              </w:rPr>
              <w:t>)</w:t>
            </w:r>
          </w:p>
          <w:p w14:paraId="7B9362C7" w14:textId="77777777" w:rsidR="00034ABD" w:rsidRPr="009C0FA0" w:rsidRDefault="00034ABD" w:rsidP="005E297E">
            <w:pPr>
              <w:rPr>
                <w:rFonts w:eastAsia="맑은 고딕"/>
                <w:color w:val="000000" w:themeColor="text1"/>
                <w:lang w:eastAsia="ko-KR"/>
              </w:rPr>
            </w:pPr>
          </w:p>
          <w:p w14:paraId="4A174D6A" w14:textId="76579B7C" w:rsidR="00034ABD" w:rsidRPr="009C0FA0" w:rsidRDefault="00034ABD" w:rsidP="005E297E">
            <w:pPr>
              <w:rPr>
                <w:rFonts w:eastAsia="맑은 고딕"/>
                <w:color w:val="000000" w:themeColor="text1"/>
                <w:lang w:eastAsia="ko-KR"/>
              </w:rPr>
            </w:pPr>
          </w:p>
        </w:tc>
      </w:tr>
      <w:tr w:rsidR="005E297E" w:rsidRPr="009C0FA0" w14:paraId="0AF390D1" w14:textId="77777777" w:rsidTr="00034ABD">
        <w:trPr>
          <w:trHeight w:val="462"/>
        </w:trPr>
        <w:tc>
          <w:tcPr>
            <w:tcW w:w="0" w:type="auto"/>
            <w:vMerge/>
            <w:tcBorders>
              <w:top w:val="single" w:sz="2" w:space="0" w:color="000000"/>
              <w:left w:val="single" w:sz="2" w:space="0" w:color="000000"/>
              <w:bottom w:val="single" w:sz="2" w:space="0" w:color="000000"/>
              <w:right w:val="single" w:sz="2" w:space="0" w:color="000000"/>
            </w:tcBorders>
            <w:shd w:val="clear" w:color="auto" w:fill="DBE5F1" w:themeFill="accent1" w:themeFillTint="33"/>
            <w:vAlign w:val="center"/>
            <w:hideMark/>
          </w:tcPr>
          <w:p w14:paraId="0B352D68" w14:textId="77777777" w:rsidR="005E297E" w:rsidRPr="009C0FA0" w:rsidRDefault="005E297E" w:rsidP="005E297E">
            <w:pPr>
              <w:spacing w:before="240" w:after="120"/>
              <w:rPr>
                <w:rFonts w:ascii="Arial" w:eastAsia="맑은 고딕" w:hAnsi="Arial"/>
                <w:b/>
                <w:color w:val="000000" w:themeColor="text1"/>
                <w:sz w:val="24"/>
                <w:lang w:eastAsia="ko-KR"/>
              </w:rPr>
            </w:pPr>
          </w:p>
        </w:tc>
        <w:tc>
          <w:tcPr>
            <w:tcW w:w="0" w:type="auto"/>
            <w:vMerge/>
            <w:tcBorders>
              <w:top w:val="single" w:sz="2" w:space="0" w:color="000000"/>
              <w:left w:val="single" w:sz="2" w:space="0" w:color="000000"/>
              <w:bottom w:val="single" w:sz="2" w:space="0" w:color="000000"/>
              <w:right w:val="single" w:sz="2" w:space="0" w:color="000000"/>
            </w:tcBorders>
            <w:shd w:val="clear" w:color="auto" w:fill="DBE5F1" w:themeFill="accent1" w:themeFillTint="33"/>
            <w:vAlign w:val="center"/>
            <w:hideMark/>
          </w:tcPr>
          <w:p w14:paraId="121B9479" w14:textId="77777777" w:rsidR="005E297E" w:rsidRPr="009C0FA0" w:rsidRDefault="005E297E" w:rsidP="005E297E">
            <w:pPr>
              <w:spacing w:before="240" w:after="120"/>
              <w:rPr>
                <w:rFonts w:ascii="Arial" w:eastAsia="맑은 고딕" w:hAnsi="Arial"/>
                <w:b/>
                <w:color w:val="000000" w:themeColor="text1"/>
                <w:sz w:val="24"/>
                <w:lang w:eastAsia="ko-KR"/>
              </w:rPr>
            </w:pPr>
          </w:p>
        </w:tc>
        <w:tc>
          <w:tcPr>
            <w:tcW w:w="6682"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7BD58855" w14:textId="77777777" w:rsidR="005E297E" w:rsidRPr="009C0FA0" w:rsidRDefault="005E297E" w:rsidP="005E297E">
            <w:pPr>
              <w:rPr>
                <w:rFonts w:eastAsia="맑은 고딕"/>
                <w:color w:val="000000" w:themeColor="text1"/>
                <w:lang w:eastAsia="ko-KR"/>
              </w:rPr>
            </w:pPr>
            <w:r w:rsidRPr="009C0FA0">
              <w:rPr>
                <w:rFonts w:eastAsia="맑은 고딕"/>
                <w:color w:val="000000" w:themeColor="text1"/>
                <w:lang w:eastAsia="ko-KR"/>
              </w:rPr>
              <w:t xml:space="preserve">Feeder and </w:t>
            </w:r>
            <w:proofErr w:type="gramStart"/>
            <w:r w:rsidRPr="009C0FA0">
              <w:rPr>
                <w:rFonts w:eastAsia="맑은 고딕"/>
                <w:color w:val="000000" w:themeColor="text1"/>
                <w:lang w:eastAsia="ko-KR"/>
              </w:rPr>
              <w:t>accessories</w:t>
            </w:r>
            <w:r w:rsidRPr="009C0FA0">
              <w:rPr>
                <w:rFonts w:eastAsia="맑은 고딕" w:hint="eastAsia"/>
                <w:color w:val="000000" w:themeColor="text1"/>
                <w:lang w:eastAsia="ko-KR"/>
              </w:rPr>
              <w:t>(</w:t>
            </w:r>
            <w:proofErr w:type="gramEnd"/>
            <w:r w:rsidRPr="009C0FA0">
              <w:rPr>
                <w:rFonts w:eastAsia="맑은 고딕"/>
                <w:color w:val="000000" w:themeColor="text1"/>
                <w:lang w:eastAsia="ko-KR"/>
              </w:rPr>
              <w:t>Quantity and specification</w:t>
            </w:r>
            <w:r w:rsidRPr="009C0FA0">
              <w:rPr>
                <w:rFonts w:eastAsia="맑은 고딕" w:hint="eastAsia"/>
                <w:color w:val="000000" w:themeColor="text1"/>
                <w:lang w:eastAsia="ko-KR"/>
              </w:rPr>
              <w:t>)</w:t>
            </w:r>
          </w:p>
          <w:p w14:paraId="49EBEA4C" w14:textId="77777777" w:rsidR="00034ABD" w:rsidRPr="009C0FA0" w:rsidRDefault="00034ABD" w:rsidP="005E297E">
            <w:pPr>
              <w:rPr>
                <w:rFonts w:eastAsia="맑은 고딕"/>
                <w:color w:val="000000" w:themeColor="text1"/>
                <w:lang w:eastAsia="ko-KR"/>
              </w:rPr>
            </w:pPr>
          </w:p>
          <w:p w14:paraId="471BA772" w14:textId="1E89DBDF" w:rsidR="00034ABD" w:rsidRPr="009C0FA0" w:rsidRDefault="00034ABD" w:rsidP="005E297E">
            <w:pPr>
              <w:rPr>
                <w:rFonts w:eastAsia="맑은 고딕"/>
                <w:color w:val="000000" w:themeColor="text1"/>
                <w:lang w:eastAsia="ko-KR"/>
              </w:rPr>
            </w:pPr>
          </w:p>
        </w:tc>
      </w:tr>
      <w:tr w:rsidR="005E297E" w:rsidRPr="009C0FA0" w14:paraId="51BB6445" w14:textId="77777777" w:rsidTr="00034ABD">
        <w:trPr>
          <w:trHeight w:val="462"/>
        </w:trPr>
        <w:tc>
          <w:tcPr>
            <w:tcW w:w="0" w:type="auto"/>
            <w:vMerge/>
            <w:tcBorders>
              <w:top w:val="single" w:sz="2" w:space="0" w:color="000000"/>
              <w:left w:val="single" w:sz="2" w:space="0" w:color="000000"/>
              <w:bottom w:val="single" w:sz="2" w:space="0" w:color="000000"/>
              <w:right w:val="single" w:sz="2" w:space="0" w:color="000000"/>
            </w:tcBorders>
            <w:shd w:val="clear" w:color="auto" w:fill="DBE5F1" w:themeFill="accent1" w:themeFillTint="33"/>
            <w:vAlign w:val="center"/>
            <w:hideMark/>
          </w:tcPr>
          <w:p w14:paraId="3D075195" w14:textId="77777777" w:rsidR="005E297E" w:rsidRPr="009C0FA0" w:rsidRDefault="005E297E" w:rsidP="005E297E">
            <w:pPr>
              <w:spacing w:before="240" w:after="120"/>
              <w:rPr>
                <w:rFonts w:ascii="Arial" w:eastAsia="맑은 고딕" w:hAnsi="Arial"/>
                <w:b/>
                <w:color w:val="000000" w:themeColor="text1"/>
                <w:sz w:val="24"/>
                <w:lang w:eastAsia="ko-KR"/>
              </w:rPr>
            </w:pPr>
          </w:p>
        </w:tc>
        <w:tc>
          <w:tcPr>
            <w:tcW w:w="0" w:type="auto"/>
            <w:vMerge/>
            <w:tcBorders>
              <w:top w:val="single" w:sz="2" w:space="0" w:color="000000"/>
              <w:left w:val="single" w:sz="2" w:space="0" w:color="000000"/>
              <w:bottom w:val="single" w:sz="2" w:space="0" w:color="000000"/>
              <w:right w:val="single" w:sz="2" w:space="0" w:color="000000"/>
            </w:tcBorders>
            <w:shd w:val="clear" w:color="auto" w:fill="DBE5F1" w:themeFill="accent1" w:themeFillTint="33"/>
            <w:vAlign w:val="center"/>
            <w:hideMark/>
          </w:tcPr>
          <w:p w14:paraId="5CD188AF" w14:textId="77777777" w:rsidR="005E297E" w:rsidRPr="009C0FA0" w:rsidRDefault="005E297E" w:rsidP="005E297E">
            <w:pPr>
              <w:spacing w:before="240" w:after="120"/>
              <w:rPr>
                <w:rFonts w:ascii="Arial" w:eastAsia="맑은 고딕" w:hAnsi="Arial"/>
                <w:b/>
                <w:color w:val="000000" w:themeColor="text1"/>
                <w:sz w:val="24"/>
                <w:lang w:eastAsia="ko-KR"/>
              </w:rPr>
            </w:pPr>
          </w:p>
        </w:tc>
        <w:tc>
          <w:tcPr>
            <w:tcW w:w="6682"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28083CDF" w14:textId="77777777" w:rsidR="005E297E" w:rsidRPr="009C0FA0" w:rsidRDefault="005E297E" w:rsidP="005E297E">
            <w:pPr>
              <w:rPr>
                <w:rFonts w:eastAsia="맑은 고딕"/>
                <w:color w:val="000000" w:themeColor="text1"/>
                <w:lang w:eastAsia="ko-KR"/>
              </w:rPr>
            </w:pPr>
            <w:r w:rsidRPr="009C0FA0">
              <w:rPr>
                <w:rFonts w:eastAsia="맑은 고딕"/>
                <w:color w:val="000000" w:themeColor="text1"/>
                <w:lang w:eastAsia="ko-KR"/>
              </w:rPr>
              <w:t xml:space="preserve">Steel cutting machine for training material </w:t>
            </w:r>
            <w:proofErr w:type="gramStart"/>
            <w:r w:rsidRPr="009C0FA0">
              <w:rPr>
                <w:rFonts w:eastAsia="맑은 고딕"/>
                <w:color w:val="000000" w:themeColor="text1"/>
                <w:lang w:eastAsia="ko-KR"/>
              </w:rPr>
              <w:t>fabrication</w:t>
            </w:r>
            <w:r w:rsidRPr="009C0FA0">
              <w:rPr>
                <w:rFonts w:eastAsia="맑은 고딕" w:hint="eastAsia"/>
                <w:color w:val="000000" w:themeColor="text1"/>
                <w:lang w:eastAsia="ko-KR"/>
              </w:rPr>
              <w:t>(</w:t>
            </w:r>
            <w:proofErr w:type="gramEnd"/>
            <w:r w:rsidRPr="009C0FA0">
              <w:rPr>
                <w:rFonts w:eastAsia="맑은 고딕" w:hint="eastAsia"/>
                <w:color w:val="000000" w:themeColor="text1"/>
                <w:lang w:eastAsia="ko-KR"/>
              </w:rPr>
              <w:t>Type)</w:t>
            </w:r>
          </w:p>
          <w:p w14:paraId="5A6C7420" w14:textId="77777777" w:rsidR="00034ABD" w:rsidRPr="009C0FA0" w:rsidRDefault="00034ABD" w:rsidP="005E297E">
            <w:pPr>
              <w:rPr>
                <w:rFonts w:eastAsia="맑은 고딕"/>
                <w:color w:val="000000" w:themeColor="text1"/>
                <w:lang w:eastAsia="ko-KR"/>
              </w:rPr>
            </w:pPr>
          </w:p>
          <w:p w14:paraId="6D758D52" w14:textId="6495FC9B" w:rsidR="00034ABD" w:rsidRPr="009C0FA0" w:rsidRDefault="00034ABD" w:rsidP="005E297E">
            <w:pPr>
              <w:rPr>
                <w:rFonts w:eastAsia="맑은 고딕"/>
                <w:color w:val="000000" w:themeColor="text1"/>
                <w:lang w:eastAsia="ko-KR"/>
              </w:rPr>
            </w:pPr>
          </w:p>
        </w:tc>
      </w:tr>
      <w:tr w:rsidR="005E297E" w:rsidRPr="009C0FA0" w14:paraId="6091D4FA" w14:textId="77777777" w:rsidTr="00034ABD">
        <w:trPr>
          <w:trHeight w:val="431"/>
        </w:trPr>
        <w:tc>
          <w:tcPr>
            <w:tcW w:w="0" w:type="auto"/>
            <w:vMerge/>
            <w:tcBorders>
              <w:top w:val="single" w:sz="2" w:space="0" w:color="000000"/>
              <w:left w:val="single" w:sz="2" w:space="0" w:color="000000"/>
              <w:bottom w:val="single" w:sz="2" w:space="0" w:color="000000"/>
              <w:right w:val="single" w:sz="2" w:space="0" w:color="000000"/>
            </w:tcBorders>
            <w:shd w:val="clear" w:color="auto" w:fill="DBE5F1" w:themeFill="accent1" w:themeFillTint="33"/>
            <w:vAlign w:val="center"/>
            <w:hideMark/>
          </w:tcPr>
          <w:p w14:paraId="1D02910C" w14:textId="77777777" w:rsidR="005E297E" w:rsidRPr="009C0FA0" w:rsidRDefault="005E297E" w:rsidP="005E297E">
            <w:pPr>
              <w:spacing w:before="240" w:after="120"/>
              <w:rPr>
                <w:rFonts w:ascii="Arial" w:eastAsia="맑은 고딕" w:hAnsi="Arial"/>
                <w:b/>
                <w:color w:val="000000" w:themeColor="text1"/>
                <w:sz w:val="24"/>
                <w:lang w:eastAsia="ko-KR"/>
              </w:rPr>
            </w:pPr>
          </w:p>
        </w:tc>
        <w:tc>
          <w:tcPr>
            <w:tcW w:w="0" w:type="auto"/>
            <w:vMerge/>
            <w:tcBorders>
              <w:top w:val="single" w:sz="2" w:space="0" w:color="000000"/>
              <w:left w:val="single" w:sz="2" w:space="0" w:color="000000"/>
              <w:bottom w:val="single" w:sz="2" w:space="0" w:color="000000"/>
              <w:right w:val="single" w:sz="2" w:space="0" w:color="000000"/>
            </w:tcBorders>
            <w:shd w:val="clear" w:color="auto" w:fill="DBE5F1" w:themeFill="accent1" w:themeFillTint="33"/>
            <w:vAlign w:val="center"/>
            <w:hideMark/>
          </w:tcPr>
          <w:p w14:paraId="06833502" w14:textId="77777777" w:rsidR="005E297E" w:rsidRPr="009C0FA0" w:rsidRDefault="005E297E" w:rsidP="005E297E">
            <w:pPr>
              <w:spacing w:before="240" w:after="120"/>
              <w:rPr>
                <w:rFonts w:ascii="Arial" w:eastAsia="맑은 고딕" w:hAnsi="Arial"/>
                <w:b/>
                <w:color w:val="000000" w:themeColor="text1"/>
                <w:sz w:val="24"/>
                <w:lang w:eastAsia="ko-KR"/>
              </w:rPr>
            </w:pPr>
          </w:p>
        </w:tc>
        <w:tc>
          <w:tcPr>
            <w:tcW w:w="6682"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385A4314" w14:textId="77777777" w:rsidR="005E297E" w:rsidRPr="009C0FA0" w:rsidRDefault="005E297E" w:rsidP="005E297E">
            <w:pPr>
              <w:rPr>
                <w:rFonts w:eastAsia="맑은 고딕"/>
                <w:color w:val="000000" w:themeColor="text1"/>
                <w:lang w:eastAsia="ko-KR"/>
              </w:rPr>
            </w:pPr>
            <w:r w:rsidRPr="009C0FA0">
              <w:rPr>
                <w:rFonts w:eastAsia="맑은 고딕"/>
                <w:color w:val="000000" w:themeColor="text1"/>
                <w:lang w:eastAsia="ko-KR"/>
              </w:rPr>
              <w:t xml:space="preserve">Working bench for welding / </w:t>
            </w:r>
            <w:proofErr w:type="gramStart"/>
            <w:r w:rsidRPr="009C0FA0">
              <w:rPr>
                <w:rFonts w:eastAsia="맑은 고딕"/>
                <w:color w:val="000000" w:themeColor="text1"/>
                <w:lang w:eastAsia="ko-KR"/>
              </w:rPr>
              <w:t>cutting</w:t>
            </w:r>
            <w:r w:rsidRPr="009C0FA0">
              <w:rPr>
                <w:rFonts w:eastAsia="맑은 고딕" w:hint="eastAsia"/>
                <w:color w:val="000000" w:themeColor="text1"/>
                <w:lang w:eastAsia="ko-KR"/>
              </w:rPr>
              <w:t>(</w:t>
            </w:r>
            <w:proofErr w:type="gramEnd"/>
            <w:r w:rsidRPr="009C0FA0">
              <w:rPr>
                <w:rFonts w:eastAsia="맑은 고딕"/>
                <w:color w:val="000000" w:themeColor="text1"/>
                <w:lang w:eastAsia="ko-KR"/>
              </w:rPr>
              <w:t>Quantity</w:t>
            </w:r>
            <w:r w:rsidRPr="009C0FA0">
              <w:rPr>
                <w:rFonts w:eastAsia="맑은 고딕" w:hint="eastAsia"/>
                <w:color w:val="000000" w:themeColor="text1"/>
                <w:lang w:eastAsia="ko-KR"/>
              </w:rPr>
              <w:t>,</w:t>
            </w:r>
            <w:r w:rsidRPr="009C0FA0">
              <w:rPr>
                <w:rFonts w:eastAsia="맑은 고딕"/>
                <w:color w:val="000000" w:themeColor="text1"/>
                <w:lang w:eastAsia="ko-KR"/>
              </w:rPr>
              <w:t xml:space="preserve"> </w:t>
            </w:r>
            <w:r w:rsidRPr="009C0FA0">
              <w:rPr>
                <w:rFonts w:eastAsia="맑은 고딕" w:hint="eastAsia"/>
                <w:color w:val="000000" w:themeColor="text1"/>
                <w:lang w:eastAsia="ko-KR"/>
              </w:rPr>
              <w:t>Size of Welding booth and bench)</w:t>
            </w:r>
          </w:p>
          <w:p w14:paraId="2E7CCD20" w14:textId="77777777" w:rsidR="00034ABD" w:rsidRPr="009C0FA0" w:rsidRDefault="00034ABD" w:rsidP="005E297E">
            <w:pPr>
              <w:rPr>
                <w:rFonts w:eastAsia="맑은 고딕"/>
                <w:color w:val="000000" w:themeColor="text1"/>
                <w:lang w:eastAsia="ko-KR"/>
              </w:rPr>
            </w:pPr>
          </w:p>
          <w:p w14:paraId="72953151" w14:textId="68138365" w:rsidR="00034ABD" w:rsidRPr="009C0FA0" w:rsidRDefault="00034ABD" w:rsidP="005E297E">
            <w:pPr>
              <w:rPr>
                <w:rFonts w:eastAsia="맑은 고딕"/>
                <w:color w:val="000000" w:themeColor="text1"/>
                <w:lang w:eastAsia="ko-KR"/>
              </w:rPr>
            </w:pPr>
          </w:p>
        </w:tc>
      </w:tr>
      <w:tr w:rsidR="005E297E" w:rsidRPr="009C0FA0" w14:paraId="24ACBA63" w14:textId="77777777" w:rsidTr="00034ABD">
        <w:trPr>
          <w:trHeight w:val="462"/>
        </w:trPr>
        <w:tc>
          <w:tcPr>
            <w:tcW w:w="0" w:type="auto"/>
            <w:vMerge/>
            <w:tcBorders>
              <w:top w:val="single" w:sz="2" w:space="0" w:color="000000"/>
              <w:left w:val="single" w:sz="2" w:space="0" w:color="000000"/>
              <w:bottom w:val="single" w:sz="2" w:space="0" w:color="000000"/>
              <w:right w:val="single" w:sz="2" w:space="0" w:color="000000"/>
            </w:tcBorders>
            <w:shd w:val="clear" w:color="auto" w:fill="DBE5F1" w:themeFill="accent1" w:themeFillTint="33"/>
            <w:vAlign w:val="center"/>
            <w:hideMark/>
          </w:tcPr>
          <w:p w14:paraId="55A47208" w14:textId="77777777" w:rsidR="005E297E" w:rsidRPr="009C0FA0" w:rsidRDefault="005E297E" w:rsidP="005E297E">
            <w:pPr>
              <w:spacing w:before="240" w:after="120"/>
              <w:rPr>
                <w:rFonts w:ascii="Arial" w:eastAsia="맑은 고딕" w:hAnsi="Arial"/>
                <w:b/>
                <w:color w:val="000000" w:themeColor="text1"/>
                <w:sz w:val="24"/>
                <w:lang w:eastAsia="ko-KR"/>
              </w:rPr>
            </w:pPr>
          </w:p>
        </w:tc>
        <w:tc>
          <w:tcPr>
            <w:tcW w:w="0" w:type="auto"/>
            <w:vMerge/>
            <w:tcBorders>
              <w:top w:val="single" w:sz="2" w:space="0" w:color="000000"/>
              <w:left w:val="single" w:sz="2" w:space="0" w:color="000000"/>
              <w:bottom w:val="single" w:sz="2" w:space="0" w:color="000000"/>
              <w:right w:val="single" w:sz="2" w:space="0" w:color="000000"/>
            </w:tcBorders>
            <w:shd w:val="clear" w:color="auto" w:fill="DBE5F1" w:themeFill="accent1" w:themeFillTint="33"/>
            <w:vAlign w:val="center"/>
            <w:hideMark/>
          </w:tcPr>
          <w:p w14:paraId="20B7765F" w14:textId="77777777" w:rsidR="005E297E" w:rsidRPr="009C0FA0" w:rsidRDefault="005E297E" w:rsidP="005E297E">
            <w:pPr>
              <w:spacing w:before="240" w:after="120"/>
              <w:rPr>
                <w:rFonts w:ascii="Arial" w:eastAsia="맑은 고딕" w:hAnsi="Arial"/>
                <w:b/>
                <w:color w:val="000000" w:themeColor="text1"/>
                <w:sz w:val="24"/>
                <w:lang w:eastAsia="ko-KR"/>
              </w:rPr>
            </w:pPr>
          </w:p>
        </w:tc>
        <w:tc>
          <w:tcPr>
            <w:tcW w:w="6682"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3072F335" w14:textId="77777777" w:rsidR="005E297E" w:rsidRPr="009C0FA0" w:rsidRDefault="005E297E" w:rsidP="005E297E">
            <w:pPr>
              <w:rPr>
                <w:rFonts w:eastAsia="맑은 고딕"/>
                <w:color w:val="000000" w:themeColor="text1"/>
                <w:lang w:eastAsia="ko-KR"/>
              </w:rPr>
            </w:pPr>
            <w:r w:rsidRPr="009C0FA0">
              <w:rPr>
                <w:rFonts w:eastAsia="맑은 고딕"/>
                <w:color w:val="000000" w:themeColor="text1"/>
                <w:lang w:eastAsia="ko-KR"/>
              </w:rPr>
              <w:t xml:space="preserve">Scrubber / Dust </w:t>
            </w:r>
            <w:proofErr w:type="gramStart"/>
            <w:r w:rsidRPr="009C0FA0">
              <w:rPr>
                <w:rFonts w:eastAsia="맑은 고딕"/>
                <w:color w:val="000000" w:themeColor="text1"/>
                <w:lang w:eastAsia="ko-KR"/>
              </w:rPr>
              <w:t>collector</w:t>
            </w:r>
            <w:r w:rsidRPr="009C0FA0">
              <w:rPr>
                <w:rFonts w:eastAsia="맑은 고딕" w:hint="eastAsia"/>
                <w:color w:val="000000" w:themeColor="text1"/>
                <w:lang w:eastAsia="ko-KR"/>
              </w:rPr>
              <w:t>(</w:t>
            </w:r>
            <w:proofErr w:type="gramEnd"/>
            <w:r w:rsidRPr="009C0FA0">
              <w:rPr>
                <w:rFonts w:eastAsia="맑은 고딕"/>
                <w:color w:val="000000" w:themeColor="text1"/>
                <w:lang w:eastAsia="ko-KR"/>
              </w:rPr>
              <w:t>Installation status and capacity by booth</w:t>
            </w:r>
            <w:r w:rsidRPr="009C0FA0">
              <w:rPr>
                <w:rFonts w:eastAsia="맑은 고딕" w:hint="eastAsia"/>
                <w:color w:val="000000" w:themeColor="text1"/>
                <w:lang w:eastAsia="ko-KR"/>
              </w:rPr>
              <w:t>)</w:t>
            </w:r>
          </w:p>
          <w:p w14:paraId="046F1779" w14:textId="77777777" w:rsidR="00034ABD" w:rsidRPr="009C0FA0" w:rsidRDefault="00034ABD" w:rsidP="005E297E">
            <w:pPr>
              <w:rPr>
                <w:rFonts w:eastAsia="맑은 고딕"/>
                <w:color w:val="000000" w:themeColor="text1"/>
                <w:lang w:eastAsia="ko-KR"/>
              </w:rPr>
            </w:pPr>
          </w:p>
          <w:p w14:paraId="3944EFB5" w14:textId="2C71426D" w:rsidR="00034ABD" w:rsidRPr="009C0FA0" w:rsidRDefault="00034ABD" w:rsidP="005E297E">
            <w:pPr>
              <w:rPr>
                <w:rFonts w:eastAsia="맑은 고딕"/>
                <w:color w:val="000000" w:themeColor="text1"/>
                <w:lang w:eastAsia="ko-KR"/>
              </w:rPr>
            </w:pPr>
          </w:p>
        </w:tc>
      </w:tr>
      <w:tr w:rsidR="005E297E" w:rsidRPr="009C0FA0" w14:paraId="6C0C1020" w14:textId="77777777" w:rsidTr="00034ABD">
        <w:trPr>
          <w:trHeight w:val="462"/>
        </w:trPr>
        <w:tc>
          <w:tcPr>
            <w:tcW w:w="0" w:type="auto"/>
            <w:vMerge/>
            <w:tcBorders>
              <w:top w:val="single" w:sz="2" w:space="0" w:color="000000"/>
              <w:left w:val="single" w:sz="2" w:space="0" w:color="000000"/>
              <w:bottom w:val="single" w:sz="2" w:space="0" w:color="000000"/>
              <w:right w:val="single" w:sz="2" w:space="0" w:color="000000"/>
            </w:tcBorders>
            <w:shd w:val="clear" w:color="auto" w:fill="DBE5F1" w:themeFill="accent1" w:themeFillTint="33"/>
            <w:vAlign w:val="center"/>
            <w:hideMark/>
          </w:tcPr>
          <w:p w14:paraId="11773452" w14:textId="77777777" w:rsidR="005E297E" w:rsidRPr="009C0FA0" w:rsidRDefault="005E297E" w:rsidP="005E297E">
            <w:pPr>
              <w:spacing w:before="240" w:after="120"/>
              <w:rPr>
                <w:rFonts w:ascii="Arial" w:eastAsia="맑은 고딕" w:hAnsi="Arial"/>
                <w:b/>
                <w:color w:val="000000" w:themeColor="text1"/>
                <w:sz w:val="24"/>
                <w:lang w:eastAsia="ko-KR"/>
              </w:rPr>
            </w:pPr>
          </w:p>
        </w:tc>
        <w:tc>
          <w:tcPr>
            <w:tcW w:w="0" w:type="auto"/>
            <w:vMerge/>
            <w:tcBorders>
              <w:top w:val="single" w:sz="2" w:space="0" w:color="000000"/>
              <w:left w:val="single" w:sz="2" w:space="0" w:color="000000"/>
              <w:bottom w:val="single" w:sz="2" w:space="0" w:color="000000"/>
              <w:right w:val="single" w:sz="2" w:space="0" w:color="000000"/>
            </w:tcBorders>
            <w:shd w:val="clear" w:color="auto" w:fill="DBE5F1" w:themeFill="accent1" w:themeFillTint="33"/>
            <w:vAlign w:val="center"/>
            <w:hideMark/>
          </w:tcPr>
          <w:p w14:paraId="251EE4CA" w14:textId="77777777" w:rsidR="005E297E" w:rsidRPr="009C0FA0" w:rsidRDefault="005E297E" w:rsidP="005E297E">
            <w:pPr>
              <w:spacing w:before="240" w:after="120"/>
              <w:rPr>
                <w:rFonts w:ascii="Arial" w:eastAsia="맑은 고딕" w:hAnsi="Arial"/>
                <w:b/>
                <w:color w:val="000000" w:themeColor="text1"/>
                <w:sz w:val="24"/>
                <w:lang w:eastAsia="ko-KR"/>
              </w:rPr>
            </w:pPr>
          </w:p>
        </w:tc>
        <w:tc>
          <w:tcPr>
            <w:tcW w:w="6682"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6C67032A" w14:textId="77777777" w:rsidR="005E297E" w:rsidRPr="009C0FA0" w:rsidRDefault="005E297E" w:rsidP="005E297E">
            <w:pPr>
              <w:rPr>
                <w:rFonts w:eastAsia="맑은 고딕"/>
                <w:color w:val="000000" w:themeColor="text1"/>
                <w:lang w:eastAsia="ko-KR"/>
              </w:rPr>
            </w:pPr>
            <w:proofErr w:type="gramStart"/>
            <w:r w:rsidRPr="009C0FA0">
              <w:rPr>
                <w:rFonts w:eastAsia="맑은 고딕"/>
                <w:color w:val="000000" w:themeColor="text1"/>
                <w:lang w:eastAsia="ko-KR"/>
              </w:rPr>
              <w:t>Tools</w:t>
            </w:r>
            <w:r w:rsidR="00034ABD" w:rsidRPr="009C0FA0">
              <w:rPr>
                <w:rFonts w:eastAsia="맑은 고딕" w:hint="eastAsia"/>
                <w:color w:val="000000" w:themeColor="text1"/>
                <w:lang w:eastAsia="ko-KR"/>
              </w:rPr>
              <w:t>(</w:t>
            </w:r>
            <w:proofErr w:type="gramEnd"/>
            <w:r w:rsidR="00034ABD" w:rsidRPr="009C0FA0">
              <w:rPr>
                <w:rFonts w:eastAsia="맑은 고딕"/>
                <w:color w:val="000000" w:themeColor="text1"/>
                <w:lang w:eastAsia="ko-KR"/>
              </w:rPr>
              <w:t>Grinder, chipping hammer, brush, etc.</w:t>
            </w:r>
            <w:r w:rsidR="00034ABD" w:rsidRPr="009C0FA0">
              <w:rPr>
                <w:rFonts w:eastAsia="맑은 고딕" w:hint="eastAsia"/>
                <w:color w:val="000000" w:themeColor="text1"/>
                <w:lang w:eastAsia="ko-KR"/>
              </w:rPr>
              <w:t>)</w:t>
            </w:r>
          </w:p>
          <w:p w14:paraId="15BF9B01" w14:textId="77777777" w:rsidR="00034ABD" w:rsidRPr="009C0FA0" w:rsidRDefault="00034ABD" w:rsidP="005E297E">
            <w:pPr>
              <w:rPr>
                <w:rFonts w:eastAsia="맑은 고딕"/>
                <w:color w:val="000000" w:themeColor="text1"/>
                <w:lang w:eastAsia="ko-KR"/>
              </w:rPr>
            </w:pPr>
          </w:p>
          <w:p w14:paraId="2D3BD94C" w14:textId="2EA77D74" w:rsidR="00034ABD" w:rsidRPr="009C0FA0" w:rsidRDefault="00034ABD" w:rsidP="005E297E">
            <w:pPr>
              <w:rPr>
                <w:rFonts w:eastAsia="맑은 고딕"/>
                <w:color w:val="000000" w:themeColor="text1"/>
                <w:lang w:eastAsia="ko-KR"/>
              </w:rPr>
            </w:pPr>
          </w:p>
        </w:tc>
      </w:tr>
      <w:tr w:rsidR="005E297E" w:rsidRPr="009C0FA0" w14:paraId="2247F90A" w14:textId="77777777" w:rsidTr="00034ABD">
        <w:trPr>
          <w:trHeight w:val="462"/>
        </w:trPr>
        <w:tc>
          <w:tcPr>
            <w:tcW w:w="0" w:type="auto"/>
            <w:vMerge/>
            <w:tcBorders>
              <w:top w:val="single" w:sz="2" w:space="0" w:color="000000"/>
              <w:left w:val="single" w:sz="2" w:space="0" w:color="000000"/>
              <w:bottom w:val="single" w:sz="2" w:space="0" w:color="000000"/>
              <w:right w:val="single" w:sz="2" w:space="0" w:color="000000"/>
            </w:tcBorders>
            <w:shd w:val="clear" w:color="auto" w:fill="DBE5F1" w:themeFill="accent1" w:themeFillTint="33"/>
            <w:vAlign w:val="center"/>
            <w:hideMark/>
          </w:tcPr>
          <w:p w14:paraId="25D37B76" w14:textId="77777777" w:rsidR="005E297E" w:rsidRPr="009C0FA0" w:rsidRDefault="005E297E" w:rsidP="005E297E">
            <w:pPr>
              <w:spacing w:before="240" w:after="120"/>
              <w:rPr>
                <w:rFonts w:ascii="Arial" w:eastAsia="맑은 고딕" w:hAnsi="Arial"/>
                <w:b/>
                <w:color w:val="000000" w:themeColor="text1"/>
                <w:sz w:val="24"/>
                <w:lang w:eastAsia="ko-KR"/>
              </w:rPr>
            </w:pPr>
          </w:p>
        </w:tc>
        <w:tc>
          <w:tcPr>
            <w:tcW w:w="0" w:type="auto"/>
            <w:vMerge/>
            <w:tcBorders>
              <w:top w:val="single" w:sz="2" w:space="0" w:color="000000"/>
              <w:left w:val="single" w:sz="2" w:space="0" w:color="000000"/>
              <w:bottom w:val="single" w:sz="2" w:space="0" w:color="000000"/>
              <w:right w:val="single" w:sz="2" w:space="0" w:color="000000"/>
            </w:tcBorders>
            <w:shd w:val="clear" w:color="auto" w:fill="DBE5F1" w:themeFill="accent1" w:themeFillTint="33"/>
            <w:vAlign w:val="center"/>
            <w:hideMark/>
          </w:tcPr>
          <w:p w14:paraId="3D341DA2" w14:textId="77777777" w:rsidR="005E297E" w:rsidRPr="009C0FA0" w:rsidRDefault="005E297E" w:rsidP="005E297E">
            <w:pPr>
              <w:spacing w:before="240" w:after="120"/>
              <w:rPr>
                <w:rFonts w:ascii="Arial" w:eastAsia="맑은 고딕" w:hAnsi="Arial"/>
                <w:b/>
                <w:color w:val="000000" w:themeColor="text1"/>
                <w:sz w:val="24"/>
                <w:lang w:eastAsia="ko-KR"/>
              </w:rPr>
            </w:pPr>
          </w:p>
        </w:tc>
        <w:tc>
          <w:tcPr>
            <w:tcW w:w="6682"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233B3935" w14:textId="77777777" w:rsidR="005E297E" w:rsidRPr="009C0FA0" w:rsidRDefault="005E297E" w:rsidP="005E297E">
            <w:pPr>
              <w:rPr>
                <w:rFonts w:eastAsia="맑은 고딕"/>
                <w:color w:val="000000" w:themeColor="text1"/>
                <w:lang w:eastAsia="ko-KR"/>
              </w:rPr>
            </w:pPr>
            <w:proofErr w:type="gramStart"/>
            <w:r w:rsidRPr="009C0FA0">
              <w:rPr>
                <w:rFonts w:eastAsia="맑은 고딕"/>
                <w:color w:val="000000" w:themeColor="text1"/>
                <w:lang w:eastAsia="ko-KR"/>
              </w:rPr>
              <w:t>Materials</w:t>
            </w:r>
            <w:r w:rsidR="00034ABD" w:rsidRPr="009C0FA0">
              <w:rPr>
                <w:rFonts w:eastAsia="맑은 고딕" w:hint="eastAsia"/>
                <w:color w:val="000000" w:themeColor="text1"/>
                <w:lang w:eastAsia="ko-KR"/>
              </w:rPr>
              <w:t>(</w:t>
            </w:r>
            <w:proofErr w:type="gramEnd"/>
            <w:r w:rsidR="00034ABD" w:rsidRPr="009C0FA0">
              <w:rPr>
                <w:rFonts w:eastAsia="맑은 고딕"/>
                <w:color w:val="000000" w:themeColor="text1"/>
                <w:lang w:eastAsia="ko-KR"/>
              </w:rPr>
              <w:t>Welding rod, Shield gas, backing, etc.</w:t>
            </w:r>
            <w:r w:rsidR="00034ABD" w:rsidRPr="009C0FA0">
              <w:rPr>
                <w:rFonts w:eastAsia="맑은 고딕" w:hint="eastAsia"/>
                <w:color w:val="000000" w:themeColor="text1"/>
                <w:lang w:eastAsia="ko-KR"/>
              </w:rPr>
              <w:t>)</w:t>
            </w:r>
          </w:p>
          <w:p w14:paraId="18C26878" w14:textId="77777777" w:rsidR="00034ABD" w:rsidRPr="009C0FA0" w:rsidRDefault="00034ABD" w:rsidP="005E297E">
            <w:pPr>
              <w:rPr>
                <w:rFonts w:eastAsia="맑은 고딕"/>
                <w:color w:val="000000" w:themeColor="text1"/>
                <w:lang w:eastAsia="ko-KR"/>
              </w:rPr>
            </w:pPr>
          </w:p>
          <w:p w14:paraId="1361996F" w14:textId="79BD2995" w:rsidR="00034ABD" w:rsidRPr="009C0FA0" w:rsidRDefault="00034ABD" w:rsidP="005E297E">
            <w:pPr>
              <w:rPr>
                <w:rFonts w:eastAsia="맑은 고딕"/>
                <w:color w:val="000000" w:themeColor="text1"/>
                <w:lang w:eastAsia="ko-KR"/>
              </w:rPr>
            </w:pPr>
          </w:p>
        </w:tc>
      </w:tr>
      <w:tr w:rsidR="005E297E" w:rsidRPr="009C0FA0" w14:paraId="7003532B" w14:textId="77777777" w:rsidTr="00034ABD">
        <w:trPr>
          <w:trHeight w:val="462"/>
        </w:trPr>
        <w:tc>
          <w:tcPr>
            <w:tcW w:w="0" w:type="auto"/>
            <w:vMerge/>
            <w:tcBorders>
              <w:top w:val="single" w:sz="2" w:space="0" w:color="000000"/>
              <w:left w:val="single" w:sz="2" w:space="0" w:color="000000"/>
              <w:bottom w:val="single" w:sz="2" w:space="0" w:color="000000"/>
              <w:right w:val="single" w:sz="2" w:space="0" w:color="000000"/>
            </w:tcBorders>
            <w:shd w:val="clear" w:color="auto" w:fill="DBE5F1" w:themeFill="accent1" w:themeFillTint="33"/>
            <w:vAlign w:val="center"/>
            <w:hideMark/>
          </w:tcPr>
          <w:p w14:paraId="3E29B393" w14:textId="77777777" w:rsidR="005E297E" w:rsidRPr="009C0FA0" w:rsidRDefault="005E297E" w:rsidP="005E297E">
            <w:pPr>
              <w:spacing w:before="240" w:after="120"/>
              <w:rPr>
                <w:rFonts w:ascii="Arial" w:eastAsia="맑은 고딕" w:hAnsi="Arial"/>
                <w:b/>
                <w:color w:val="000000" w:themeColor="text1"/>
                <w:sz w:val="24"/>
                <w:lang w:eastAsia="ko-KR"/>
              </w:rPr>
            </w:pPr>
          </w:p>
        </w:tc>
        <w:tc>
          <w:tcPr>
            <w:tcW w:w="0" w:type="auto"/>
            <w:vMerge/>
            <w:tcBorders>
              <w:top w:val="single" w:sz="2" w:space="0" w:color="000000"/>
              <w:left w:val="single" w:sz="2" w:space="0" w:color="000000"/>
              <w:bottom w:val="single" w:sz="2" w:space="0" w:color="000000"/>
              <w:right w:val="single" w:sz="2" w:space="0" w:color="000000"/>
            </w:tcBorders>
            <w:shd w:val="clear" w:color="auto" w:fill="DBE5F1" w:themeFill="accent1" w:themeFillTint="33"/>
            <w:vAlign w:val="center"/>
            <w:hideMark/>
          </w:tcPr>
          <w:p w14:paraId="60DAD80E" w14:textId="77777777" w:rsidR="005E297E" w:rsidRPr="009C0FA0" w:rsidRDefault="005E297E" w:rsidP="005E297E">
            <w:pPr>
              <w:spacing w:before="240" w:after="120"/>
              <w:rPr>
                <w:rFonts w:ascii="Arial" w:eastAsia="맑은 고딕" w:hAnsi="Arial"/>
                <w:b/>
                <w:color w:val="000000" w:themeColor="text1"/>
                <w:sz w:val="24"/>
                <w:lang w:eastAsia="ko-KR"/>
              </w:rPr>
            </w:pPr>
          </w:p>
        </w:tc>
        <w:tc>
          <w:tcPr>
            <w:tcW w:w="6682"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4196E102" w14:textId="77777777" w:rsidR="005E297E" w:rsidRPr="009C0FA0" w:rsidRDefault="005E297E" w:rsidP="005E297E">
            <w:pPr>
              <w:rPr>
                <w:rFonts w:eastAsia="맑은 고딕"/>
                <w:color w:val="000000" w:themeColor="text1"/>
                <w:lang w:eastAsia="ko-KR"/>
              </w:rPr>
            </w:pPr>
            <w:r w:rsidRPr="009C0FA0">
              <w:rPr>
                <w:rFonts w:eastAsia="맑은 고딕"/>
                <w:color w:val="000000" w:themeColor="text1"/>
                <w:lang w:eastAsia="ko-KR"/>
              </w:rPr>
              <w:t xml:space="preserve">Consumable material and </w:t>
            </w:r>
            <w:proofErr w:type="gramStart"/>
            <w:r w:rsidRPr="009C0FA0">
              <w:rPr>
                <w:rFonts w:eastAsia="맑은 고딕"/>
                <w:color w:val="000000" w:themeColor="text1"/>
                <w:lang w:eastAsia="ko-KR"/>
              </w:rPr>
              <w:t>others</w:t>
            </w:r>
            <w:r w:rsidR="00034ABD" w:rsidRPr="009C0FA0">
              <w:rPr>
                <w:rFonts w:eastAsia="맑은 고딕" w:hint="eastAsia"/>
                <w:color w:val="000000" w:themeColor="text1"/>
                <w:lang w:eastAsia="ko-KR"/>
              </w:rPr>
              <w:t>(</w:t>
            </w:r>
            <w:proofErr w:type="gramEnd"/>
            <w:r w:rsidR="00034ABD" w:rsidRPr="009C0FA0">
              <w:rPr>
                <w:rFonts w:eastAsia="맑은 고딕"/>
                <w:color w:val="000000" w:themeColor="text1"/>
                <w:lang w:eastAsia="ko-KR"/>
              </w:rPr>
              <w:t>Contact tip, nozzle, gas diffuse, etc.</w:t>
            </w:r>
            <w:r w:rsidR="00034ABD" w:rsidRPr="009C0FA0">
              <w:rPr>
                <w:rFonts w:eastAsia="맑은 고딕" w:hint="eastAsia"/>
                <w:color w:val="000000" w:themeColor="text1"/>
                <w:lang w:eastAsia="ko-KR"/>
              </w:rPr>
              <w:t>)</w:t>
            </w:r>
          </w:p>
          <w:p w14:paraId="7562F40A" w14:textId="77777777" w:rsidR="00034ABD" w:rsidRPr="009C0FA0" w:rsidRDefault="00034ABD" w:rsidP="005E297E">
            <w:pPr>
              <w:rPr>
                <w:rFonts w:eastAsia="맑은 고딕"/>
                <w:color w:val="000000" w:themeColor="text1"/>
                <w:lang w:eastAsia="ko-KR"/>
              </w:rPr>
            </w:pPr>
          </w:p>
          <w:p w14:paraId="5794435B" w14:textId="77777777" w:rsidR="00034ABD" w:rsidRPr="009C0FA0" w:rsidRDefault="00034ABD" w:rsidP="005E297E">
            <w:pPr>
              <w:rPr>
                <w:rFonts w:eastAsia="맑은 고딕"/>
                <w:color w:val="000000" w:themeColor="text1"/>
                <w:lang w:eastAsia="ko-KR"/>
              </w:rPr>
            </w:pPr>
          </w:p>
          <w:p w14:paraId="469F8021" w14:textId="05B9B691" w:rsidR="00034ABD" w:rsidRPr="009C0FA0" w:rsidRDefault="00034ABD" w:rsidP="005E297E">
            <w:pPr>
              <w:rPr>
                <w:rFonts w:eastAsia="맑은 고딕"/>
                <w:color w:val="000000" w:themeColor="text1"/>
                <w:lang w:eastAsia="ko-KR"/>
              </w:rPr>
            </w:pPr>
          </w:p>
        </w:tc>
      </w:tr>
      <w:tr w:rsidR="005E297E" w:rsidRPr="009C0FA0" w14:paraId="3499F4F0" w14:textId="77777777" w:rsidTr="00034ABD">
        <w:trPr>
          <w:trHeight w:val="2434"/>
        </w:trPr>
        <w:tc>
          <w:tcPr>
            <w:tcW w:w="0" w:type="auto"/>
            <w:vMerge/>
            <w:tcBorders>
              <w:top w:val="single" w:sz="2" w:space="0" w:color="000000"/>
              <w:left w:val="single" w:sz="2" w:space="0" w:color="000000"/>
              <w:bottom w:val="single" w:sz="2" w:space="0" w:color="000000"/>
              <w:right w:val="single" w:sz="2" w:space="0" w:color="000000"/>
            </w:tcBorders>
            <w:shd w:val="clear" w:color="auto" w:fill="DBE5F1" w:themeFill="accent1" w:themeFillTint="33"/>
            <w:vAlign w:val="center"/>
            <w:hideMark/>
          </w:tcPr>
          <w:p w14:paraId="4A9A8903" w14:textId="77777777" w:rsidR="005E297E" w:rsidRPr="009C0FA0" w:rsidRDefault="005E297E" w:rsidP="005E297E">
            <w:pPr>
              <w:spacing w:before="240" w:after="120"/>
              <w:rPr>
                <w:rFonts w:ascii="Arial" w:eastAsia="맑은 고딕" w:hAnsi="Arial"/>
                <w:b/>
                <w:color w:val="000000" w:themeColor="text1"/>
                <w:sz w:val="24"/>
                <w:lang w:eastAsia="ko-KR"/>
              </w:rPr>
            </w:pPr>
          </w:p>
        </w:tc>
        <w:tc>
          <w:tcPr>
            <w:tcW w:w="0" w:type="auto"/>
            <w:vMerge/>
            <w:tcBorders>
              <w:top w:val="single" w:sz="2" w:space="0" w:color="000000"/>
              <w:left w:val="single" w:sz="2" w:space="0" w:color="000000"/>
              <w:bottom w:val="single" w:sz="2" w:space="0" w:color="000000"/>
              <w:right w:val="single" w:sz="2" w:space="0" w:color="000000"/>
            </w:tcBorders>
            <w:shd w:val="clear" w:color="auto" w:fill="DBE5F1" w:themeFill="accent1" w:themeFillTint="33"/>
            <w:vAlign w:val="center"/>
            <w:hideMark/>
          </w:tcPr>
          <w:p w14:paraId="2587239D" w14:textId="77777777" w:rsidR="005E297E" w:rsidRPr="009C0FA0" w:rsidRDefault="005E297E" w:rsidP="005E297E">
            <w:pPr>
              <w:spacing w:before="240" w:after="120"/>
              <w:rPr>
                <w:rFonts w:ascii="Arial" w:eastAsia="맑은 고딕" w:hAnsi="Arial"/>
                <w:b/>
                <w:color w:val="000000" w:themeColor="text1"/>
                <w:sz w:val="24"/>
                <w:lang w:eastAsia="ko-KR"/>
              </w:rPr>
            </w:pPr>
          </w:p>
        </w:tc>
        <w:tc>
          <w:tcPr>
            <w:tcW w:w="6682"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4903568C" w14:textId="04D6084A" w:rsidR="00034ABD" w:rsidRPr="009C0FA0" w:rsidRDefault="005E297E" w:rsidP="005E297E">
            <w:pPr>
              <w:rPr>
                <w:rFonts w:eastAsia="맑은 고딕"/>
                <w:color w:val="000000" w:themeColor="text1"/>
                <w:lang w:eastAsia="ko-KR"/>
              </w:rPr>
            </w:pPr>
            <w:r w:rsidRPr="009C0FA0">
              <w:rPr>
                <w:rFonts w:eastAsia="맑은 고딕"/>
                <w:color w:val="000000" w:themeColor="text1"/>
                <w:lang w:eastAsia="ko-KR"/>
              </w:rPr>
              <w:t xml:space="preserve">Safety equipment and </w:t>
            </w:r>
            <w:proofErr w:type="gramStart"/>
            <w:r w:rsidRPr="009C0FA0">
              <w:rPr>
                <w:rFonts w:eastAsia="맑은 고딕"/>
                <w:color w:val="000000" w:themeColor="text1"/>
                <w:lang w:eastAsia="ko-KR"/>
              </w:rPr>
              <w:t>facilities</w:t>
            </w:r>
            <w:r w:rsidR="00034ABD" w:rsidRPr="009C0FA0">
              <w:rPr>
                <w:rFonts w:eastAsia="맑은 고딕" w:hint="eastAsia"/>
                <w:color w:val="000000" w:themeColor="text1"/>
                <w:lang w:eastAsia="ko-KR"/>
              </w:rPr>
              <w:t>(</w:t>
            </w:r>
            <w:proofErr w:type="gramEnd"/>
            <w:r w:rsidR="00034ABD" w:rsidRPr="009C0FA0">
              <w:rPr>
                <w:rFonts w:eastAsia="맑은 고딕"/>
                <w:color w:val="000000" w:themeColor="text1"/>
                <w:lang w:eastAsia="ko-KR"/>
              </w:rPr>
              <w:t>Personnel safety equipment for welding</w:t>
            </w:r>
            <w:r w:rsidR="00034ABD" w:rsidRPr="009C0FA0">
              <w:rPr>
                <w:rFonts w:eastAsia="맑은 고딕" w:hint="eastAsia"/>
                <w:color w:val="000000" w:themeColor="text1"/>
                <w:lang w:eastAsia="ko-KR"/>
              </w:rPr>
              <w:t xml:space="preserve">, </w:t>
            </w:r>
            <w:r w:rsidR="00034ABD" w:rsidRPr="009C0FA0">
              <w:rPr>
                <w:rFonts w:eastAsia="맑은 고딕"/>
                <w:color w:val="000000" w:themeColor="text1"/>
                <w:lang w:eastAsia="ko-KR"/>
              </w:rPr>
              <w:t>Special facility for hazard area/equipment</w:t>
            </w:r>
            <w:r w:rsidR="00034ABD" w:rsidRPr="009C0FA0">
              <w:rPr>
                <w:rFonts w:eastAsia="맑은 고딕" w:hint="eastAsia"/>
                <w:color w:val="000000" w:themeColor="text1"/>
                <w:lang w:eastAsia="ko-KR"/>
              </w:rPr>
              <w:t xml:space="preserve">, </w:t>
            </w:r>
            <w:r w:rsidR="00034ABD" w:rsidRPr="009C0FA0">
              <w:rPr>
                <w:rFonts w:eastAsia="맑은 고딕"/>
                <w:color w:val="000000" w:themeColor="text1"/>
                <w:lang w:eastAsia="ko-KR"/>
              </w:rPr>
              <w:t>Egress way and emergency manual</w:t>
            </w:r>
            <w:r w:rsidR="00034ABD" w:rsidRPr="009C0FA0">
              <w:rPr>
                <w:rFonts w:eastAsia="맑은 고딕" w:hint="eastAsia"/>
                <w:color w:val="000000" w:themeColor="text1"/>
                <w:lang w:eastAsia="ko-KR"/>
              </w:rPr>
              <w:t>)</w:t>
            </w:r>
          </w:p>
          <w:p w14:paraId="72E49DB1" w14:textId="77777777" w:rsidR="00034ABD" w:rsidRPr="009C0FA0" w:rsidRDefault="00034ABD" w:rsidP="005E297E">
            <w:pPr>
              <w:rPr>
                <w:rFonts w:eastAsia="맑은 고딕"/>
                <w:color w:val="000000" w:themeColor="text1"/>
                <w:lang w:eastAsia="ko-KR"/>
              </w:rPr>
            </w:pPr>
          </w:p>
          <w:p w14:paraId="74ABB1EC" w14:textId="77777777" w:rsidR="00034ABD" w:rsidRPr="009C0FA0" w:rsidRDefault="00034ABD" w:rsidP="005E297E">
            <w:pPr>
              <w:rPr>
                <w:rFonts w:eastAsia="맑은 고딕"/>
                <w:color w:val="000000" w:themeColor="text1"/>
                <w:lang w:eastAsia="ko-KR"/>
              </w:rPr>
            </w:pPr>
          </w:p>
          <w:p w14:paraId="1165550B" w14:textId="77777777" w:rsidR="00034ABD" w:rsidRPr="009C0FA0" w:rsidRDefault="00034ABD" w:rsidP="005E297E">
            <w:pPr>
              <w:rPr>
                <w:rFonts w:eastAsia="맑은 고딕"/>
                <w:color w:val="000000" w:themeColor="text1"/>
                <w:lang w:eastAsia="ko-KR"/>
              </w:rPr>
            </w:pPr>
          </w:p>
          <w:p w14:paraId="4C6E0A9D" w14:textId="2F808327" w:rsidR="00034ABD" w:rsidRPr="009C0FA0" w:rsidRDefault="00034ABD" w:rsidP="005E297E">
            <w:pPr>
              <w:rPr>
                <w:rFonts w:eastAsia="맑은 고딕"/>
                <w:color w:val="000000" w:themeColor="text1"/>
                <w:lang w:eastAsia="ko-KR"/>
              </w:rPr>
            </w:pPr>
          </w:p>
        </w:tc>
      </w:tr>
    </w:tbl>
    <w:p w14:paraId="4381B46F" w14:textId="77777777" w:rsidR="00034ABD" w:rsidRDefault="00034ABD">
      <w:pPr>
        <w:spacing w:before="240" w:after="120"/>
        <w:rPr>
          <w:rFonts w:ascii="Arial" w:eastAsia="맑은 고딕" w:hAnsi="Arial"/>
          <w:b/>
          <w:color w:val="000000" w:themeColor="text1"/>
          <w:sz w:val="24"/>
          <w:lang w:eastAsia="ko-KR"/>
        </w:rPr>
      </w:pPr>
    </w:p>
    <w:p w14:paraId="24BB66E3" w14:textId="77777777" w:rsidR="00B553E2" w:rsidRPr="009C0FA0" w:rsidRDefault="00B553E2">
      <w:pPr>
        <w:spacing w:before="240" w:after="120"/>
        <w:rPr>
          <w:rFonts w:ascii="Arial" w:eastAsia="맑은 고딕" w:hAnsi="Arial"/>
          <w:b/>
          <w:color w:val="000000" w:themeColor="text1"/>
          <w:sz w:val="24"/>
          <w:lang w:eastAsia="ko-KR"/>
        </w:rPr>
      </w:pPr>
    </w:p>
    <w:p w14:paraId="505AA17E" w14:textId="2D656F55" w:rsidR="006B2F6E" w:rsidRPr="009C0FA0" w:rsidRDefault="007C58C6">
      <w:pPr>
        <w:spacing w:before="240" w:after="120"/>
        <w:rPr>
          <w:color w:val="000000" w:themeColor="text1"/>
        </w:rPr>
      </w:pPr>
      <w:r w:rsidRPr="009C0FA0">
        <w:rPr>
          <w:rFonts w:ascii="Arial" w:hAnsi="Arial"/>
          <w:b/>
          <w:color w:val="000000" w:themeColor="text1"/>
          <w:sz w:val="24"/>
        </w:rPr>
        <w:lastRenderedPageBreak/>
        <w:t>5. TRAINING FACILITIES &amp; COMPLIANCE STATUS</w:t>
      </w:r>
    </w:p>
    <w:tbl>
      <w:tblPr>
        <w:tblW w:w="0" w:type="auto"/>
        <w:jc w:val="center"/>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Look w:val="04A0" w:firstRow="1" w:lastRow="0" w:firstColumn="1" w:lastColumn="0" w:noHBand="0" w:noVBand="1"/>
      </w:tblPr>
      <w:tblGrid>
        <w:gridCol w:w="3597"/>
        <w:gridCol w:w="5753"/>
      </w:tblGrid>
      <w:tr w:rsidR="006B2F6E" w:rsidRPr="009C0FA0" w14:paraId="348D7966" w14:textId="77777777">
        <w:trPr>
          <w:jc w:val="center"/>
        </w:trPr>
        <w:tc>
          <w:tcPr>
            <w:tcW w:w="3600" w:type="dxa"/>
            <w:shd w:val="clear" w:color="auto" w:fill="F0F4F8"/>
            <w:tcMar>
              <w:top w:w="100" w:type="dxa"/>
              <w:left w:w="150" w:type="dxa"/>
              <w:bottom w:w="100" w:type="dxa"/>
              <w:right w:w="150" w:type="dxa"/>
            </w:tcMar>
          </w:tcPr>
          <w:p w14:paraId="3FF24367" w14:textId="77777777" w:rsidR="006B2F6E" w:rsidRPr="009C0FA0" w:rsidRDefault="007C58C6">
            <w:pPr>
              <w:rPr>
                <w:color w:val="000000" w:themeColor="text1"/>
              </w:rPr>
            </w:pPr>
            <w:r w:rsidRPr="009C0FA0">
              <w:rPr>
                <w:b/>
                <w:color w:val="000000" w:themeColor="text1"/>
                <w:sz w:val="20"/>
              </w:rPr>
              <w:t>Training Facility Status</w:t>
            </w:r>
          </w:p>
        </w:tc>
        <w:tc>
          <w:tcPr>
            <w:tcW w:w="5760" w:type="dxa"/>
            <w:tcMar>
              <w:top w:w="100" w:type="dxa"/>
              <w:left w:w="150" w:type="dxa"/>
              <w:bottom w:w="100" w:type="dxa"/>
              <w:right w:w="150" w:type="dxa"/>
            </w:tcMar>
          </w:tcPr>
          <w:p w14:paraId="4C109E15" w14:textId="62D6444F" w:rsidR="006B2F6E" w:rsidRPr="009C0FA0" w:rsidRDefault="007C58C6">
            <w:pPr>
              <w:rPr>
                <w:color w:val="000000" w:themeColor="text1"/>
              </w:rPr>
            </w:pPr>
            <w:r w:rsidRPr="009C0FA0">
              <w:rPr>
                <w:color w:val="000000" w:themeColor="text1"/>
                <w:sz w:val="20"/>
              </w:rPr>
              <w:t>[</w:t>
            </w:r>
            <w:r w:rsidR="00A76304">
              <w:rPr>
                <w:rFonts w:eastAsia="맑은 고딕" w:hint="eastAsia"/>
                <w:color w:val="000000" w:themeColor="text1"/>
                <w:sz w:val="20"/>
                <w:lang w:eastAsia="ko-KR"/>
              </w:rPr>
              <w:t xml:space="preserve"> </w:t>
            </w:r>
            <w:proofErr w:type="gramStart"/>
            <w:r w:rsidRPr="009C0FA0">
              <w:rPr>
                <w:color w:val="000000" w:themeColor="text1"/>
                <w:sz w:val="20"/>
              </w:rPr>
              <w:t xml:space="preserve">  ]</w:t>
            </w:r>
            <w:proofErr w:type="gramEnd"/>
            <w:r w:rsidRPr="009C0FA0">
              <w:rPr>
                <w:color w:val="000000" w:themeColor="text1"/>
                <w:sz w:val="20"/>
              </w:rPr>
              <w:t xml:space="preserve"> On-site Training Facility Available</w:t>
            </w:r>
            <w:r w:rsidRPr="009C0FA0">
              <w:rPr>
                <w:color w:val="000000" w:themeColor="text1"/>
                <w:sz w:val="20"/>
              </w:rPr>
              <w:br/>
              <w:t>[</w:t>
            </w:r>
            <w:r w:rsidR="00A76304">
              <w:rPr>
                <w:rFonts w:eastAsia="맑은 고딕" w:hint="eastAsia"/>
                <w:color w:val="000000" w:themeColor="text1"/>
                <w:sz w:val="20"/>
                <w:lang w:eastAsia="ko-KR"/>
              </w:rPr>
              <w:t xml:space="preserve"> </w:t>
            </w:r>
            <w:proofErr w:type="gramStart"/>
            <w:r w:rsidRPr="009C0FA0">
              <w:rPr>
                <w:color w:val="000000" w:themeColor="text1"/>
                <w:sz w:val="20"/>
              </w:rPr>
              <w:t xml:space="preserve">  ]</w:t>
            </w:r>
            <w:proofErr w:type="gramEnd"/>
            <w:r w:rsidRPr="009C0FA0">
              <w:rPr>
                <w:color w:val="000000" w:themeColor="text1"/>
                <w:sz w:val="20"/>
              </w:rPr>
              <w:t xml:space="preserve"> External Training Center Secured</w:t>
            </w:r>
            <w:r w:rsidRPr="009C0FA0">
              <w:rPr>
                <w:color w:val="000000" w:themeColor="text1"/>
                <w:sz w:val="20"/>
              </w:rPr>
              <w:br/>
              <w:t xml:space="preserve">Description/Location: </w:t>
            </w:r>
          </w:p>
        </w:tc>
      </w:tr>
      <w:tr w:rsidR="006B2F6E" w:rsidRPr="009C0FA0" w14:paraId="03694CE2" w14:textId="77777777">
        <w:trPr>
          <w:jc w:val="center"/>
        </w:trPr>
        <w:tc>
          <w:tcPr>
            <w:tcW w:w="3600" w:type="dxa"/>
            <w:shd w:val="clear" w:color="auto" w:fill="F0F4F8"/>
            <w:tcMar>
              <w:top w:w="100" w:type="dxa"/>
              <w:left w:w="150" w:type="dxa"/>
              <w:bottom w:w="100" w:type="dxa"/>
              <w:right w:w="150" w:type="dxa"/>
            </w:tcMar>
          </w:tcPr>
          <w:p w14:paraId="32771BDE" w14:textId="77777777" w:rsidR="006B2F6E" w:rsidRPr="009C0FA0" w:rsidRDefault="007C58C6">
            <w:pPr>
              <w:rPr>
                <w:color w:val="000000" w:themeColor="text1"/>
              </w:rPr>
            </w:pPr>
            <w:r w:rsidRPr="009C0FA0">
              <w:rPr>
                <w:b/>
                <w:color w:val="000000" w:themeColor="text1"/>
                <w:sz w:val="20"/>
              </w:rPr>
              <w:t>Safety &amp; Environmental Regulations Compliance</w:t>
            </w:r>
          </w:p>
        </w:tc>
        <w:tc>
          <w:tcPr>
            <w:tcW w:w="5760" w:type="dxa"/>
            <w:tcMar>
              <w:top w:w="100" w:type="dxa"/>
              <w:left w:w="150" w:type="dxa"/>
              <w:bottom w:w="100" w:type="dxa"/>
              <w:right w:w="150" w:type="dxa"/>
            </w:tcMar>
          </w:tcPr>
          <w:p w14:paraId="1E74D703" w14:textId="2654F507" w:rsidR="006B2F6E" w:rsidRPr="009C0FA0" w:rsidRDefault="00AE3579">
            <w:pPr>
              <w:rPr>
                <w:color w:val="000000" w:themeColor="text1"/>
              </w:rPr>
            </w:pPr>
            <w:r w:rsidRPr="009C0FA0">
              <w:rPr>
                <w:color w:val="000000" w:themeColor="text1"/>
                <w:sz w:val="20"/>
              </w:rPr>
              <w:t>To the Applicant's knowledge, does the proposed training facility currently comply with applicable local, state, and federal safety and environmental requirements, including applicable OSHA and EPA requirements?</w:t>
            </w:r>
            <w:r w:rsidRPr="009C0FA0">
              <w:rPr>
                <w:rFonts w:eastAsia="맑은 고딕" w:hint="eastAsia"/>
                <w:color w:val="000000" w:themeColor="text1"/>
                <w:sz w:val="20"/>
                <w:lang w:eastAsia="ko-KR"/>
              </w:rPr>
              <w:t xml:space="preserve"> </w:t>
            </w:r>
            <w:r w:rsidR="007C58C6" w:rsidRPr="009C0FA0">
              <w:rPr>
                <w:color w:val="000000" w:themeColor="text1"/>
                <w:sz w:val="20"/>
              </w:rPr>
              <w:br/>
              <w:t xml:space="preserve">[ </w:t>
            </w:r>
            <w:proofErr w:type="gramStart"/>
            <w:r w:rsidR="00A76304">
              <w:rPr>
                <w:rFonts w:eastAsia="맑은 고딕" w:hint="eastAsia"/>
                <w:color w:val="000000" w:themeColor="text1"/>
                <w:sz w:val="20"/>
                <w:lang w:eastAsia="ko-KR"/>
              </w:rPr>
              <w:t xml:space="preserve"> </w:t>
            </w:r>
            <w:r w:rsidR="007C58C6" w:rsidRPr="009C0FA0">
              <w:rPr>
                <w:color w:val="000000" w:themeColor="text1"/>
                <w:sz w:val="20"/>
              </w:rPr>
              <w:t xml:space="preserve"> ]</w:t>
            </w:r>
            <w:proofErr w:type="gramEnd"/>
            <w:r w:rsidR="007C58C6" w:rsidRPr="009C0FA0">
              <w:rPr>
                <w:color w:val="000000" w:themeColor="text1"/>
                <w:sz w:val="20"/>
              </w:rPr>
              <w:t xml:space="preserve"> YES</w:t>
            </w:r>
            <w:proofErr w:type="gramStart"/>
            <w:r w:rsidR="007C58C6" w:rsidRPr="009C0FA0">
              <w:rPr>
                <w:color w:val="000000" w:themeColor="text1"/>
                <w:sz w:val="20"/>
              </w:rPr>
              <w:t xml:space="preserve">   [</w:t>
            </w:r>
            <w:proofErr w:type="gramEnd"/>
            <w:r w:rsidR="00A76304">
              <w:rPr>
                <w:rFonts w:eastAsia="맑은 고딕" w:hint="eastAsia"/>
                <w:color w:val="000000" w:themeColor="text1"/>
                <w:sz w:val="20"/>
                <w:lang w:eastAsia="ko-KR"/>
              </w:rPr>
              <w:t xml:space="preserve"> </w:t>
            </w:r>
            <w:proofErr w:type="gramStart"/>
            <w:r w:rsidR="007C58C6" w:rsidRPr="009C0FA0">
              <w:rPr>
                <w:color w:val="000000" w:themeColor="text1"/>
                <w:sz w:val="20"/>
              </w:rPr>
              <w:t xml:space="preserve">  ]</w:t>
            </w:r>
            <w:proofErr w:type="gramEnd"/>
            <w:r w:rsidR="007C58C6" w:rsidRPr="009C0FA0">
              <w:rPr>
                <w:color w:val="000000" w:themeColor="text1"/>
                <w:sz w:val="20"/>
              </w:rPr>
              <w:t xml:space="preserve"> NO</w:t>
            </w:r>
            <w:r w:rsidR="007C58C6" w:rsidRPr="009C0FA0">
              <w:rPr>
                <w:color w:val="000000" w:themeColor="text1"/>
                <w:sz w:val="20"/>
              </w:rPr>
              <w:br/>
              <w:t xml:space="preserve">Remarks: </w:t>
            </w:r>
          </w:p>
        </w:tc>
      </w:tr>
    </w:tbl>
    <w:p w14:paraId="42CEE3AC" w14:textId="77777777" w:rsidR="00034ABD" w:rsidRPr="009C0FA0" w:rsidRDefault="00034ABD">
      <w:pPr>
        <w:spacing w:before="240" w:after="120"/>
        <w:rPr>
          <w:rFonts w:ascii="Arial" w:eastAsia="맑은 고딕" w:hAnsi="Arial"/>
          <w:b/>
          <w:color w:val="000000" w:themeColor="text1"/>
          <w:sz w:val="24"/>
          <w:lang w:eastAsia="ko-KR"/>
        </w:rPr>
      </w:pPr>
    </w:p>
    <w:p w14:paraId="11A919EB" w14:textId="0C5EC7E4" w:rsidR="003B0B21" w:rsidRDefault="007C58C6" w:rsidP="003B0B21">
      <w:pPr>
        <w:spacing w:before="240" w:after="120"/>
        <w:rPr>
          <w:rFonts w:ascii="Arial" w:eastAsia="맑은 고딕" w:hAnsi="Arial"/>
          <w:b/>
          <w:color w:val="000000" w:themeColor="text1"/>
          <w:sz w:val="24"/>
          <w:lang w:eastAsia="ko-KR"/>
        </w:rPr>
      </w:pPr>
      <w:r w:rsidRPr="009C0FA0">
        <w:rPr>
          <w:rFonts w:ascii="Arial" w:hAnsi="Arial"/>
          <w:b/>
          <w:color w:val="000000" w:themeColor="text1"/>
          <w:sz w:val="24"/>
        </w:rPr>
        <w:t xml:space="preserve">6. </w:t>
      </w:r>
      <w:r w:rsidR="003B0B21" w:rsidRPr="003B0B21">
        <w:rPr>
          <w:rFonts w:ascii="Arial" w:eastAsia="맑은 고딕" w:hAnsi="Arial"/>
          <w:b/>
          <w:color w:val="000000" w:themeColor="text1"/>
          <w:sz w:val="24"/>
          <w:lang w:eastAsia="ko-KR"/>
        </w:rPr>
        <w:t>Additional Requests for Applicant Selection Evaluation</w:t>
      </w:r>
    </w:p>
    <w:p w14:paraId="6BA563C3" w14:textId="45309A8A" w:rsidR="00B553E2" w:rsidRPr="00B553E2" w:rsidRDefault="00B553E2" w:rsidP="00B553E2">
      <w:pPr>
        <w:spacing w:before="120" w:after="360" w:line="300" w:lineRule="auto"/>
        <w:rPr>
          <w:rFonts w:ascii="Arial" w:eastAsia="맑은 고딕" w:hAnsi="Arial"/>
          <w:color w:val="000000" w:themeColor="text1"/>
          <w:lang w:eastAsia="ko-KR"/>
        </w:rPr>
      </w:pPr>
      <w:r w:rsidRPr="00B553E2">
        <w:rPr>
          <w:rFonts w:ascii="Arial" w:eastAsia="맑은 고딕" w:hAnsi="Arial"/>
          <w:color w:val="000000" w:themeColor="text1"/>
          <w:lang w:eastAsia="ko-KR"/>
        </w:rPr>
        <w:t>1</w:t>
      </w:r>
      <w:r w:rsidRPr="00B553E2">
        <w:rPr>
          <w:rFonts w:ascii="Arial" w:eastAsia="맑은 고딕" w:hAnsi="Arial" w:hint="eastAsia"/>
          <w:color w:val="000000" w:themeColor="text1"/>
          <w:lang w:eastAsia="ko-KR"/>
        </w:rPr>
        <w:t>)</w:t>
      </w:r>
      <w:r w:rsidRPr="00B553E2">
        <w:rPr>
          <w:rFonts w:ascii="Arial" w:eastAsia="맑은 고딕" w:hAnsi="Arial"/>
          <w:color w:val="000000" w:themeColor="text1"/>
          <w:lang w:eastAsia="ko-KR"/>
        </w:rPr>
        <w:t xml:space="preserve"> Collaboration with Korean Companies</w:t>
      </w:r>
    </w:p>
    <w:p w14:paraId="42F1258D" w14:textId="64E97EC7" w:rsidR="00B553E2" w:rsidRPr="00B553E2" w:rsidRDefault="00B553E2" w:rsidP="00B553E2">
      <w:pPr>
        <w:spacing w:before="120" w:after="360" w:line="300" w:lineRule="auto"/>
        <w:rPr>
          <w:rFonts w:ascii="Arial" w:eastAsia="맑은 고딕" w:hAnsi="Arial"/>
          <w:color w:val="000000" w:themeColor="text1"/>
          <w:lang w:eastAsia="ko-KR"/>
        </w:rPr>
      </w:pPr>
      <w:r w:rsidRPr="00B553E2">
        <w:rPr>
          <w:rFonts w:ascii="Arial" w:eastAsia="맑은 고딕" w:hAnsi="Arial"/>
          <w:color w:val="000000" w:themeColor="text1"/>
          <w:lang w:eastAsia="ko-KR"/>
        </w:rPr>
        <w:t>Please describe any existing or planned collaboration with Korean companies that is relevant to this training program or to your future business activities in the shipbuilding industry.</w:t>
      </w:r>
    </w:p>
    <w:tbl>
      <w:tblPr>
        <w:tblStyle w:val="af9"/>
        <w:tblW w:w="0" w:type="auto"/>
        <w:tblLook w:val="04A0" w:firstRow="1" w:lastRow="0" w:firstColumn="1" w:lastColumn="0" w:noHBand="0" w:noVBand="1"/>
      </w:tblPr>
      <w:tblGrid>
        <w:gridCol w:w="9350"/>
      </w:tblGrid>
      <w:tr w:rsidR="00B553E2" w:rsidRPr="00B553E2" w14:paraId="5021D0D0" w14:textId="77777777" w:rsidTr="00B553E2">
        <w:tc>
          <w:tcPr>
            <w:tcW w:w="9350" w:type="dxa"/>
          </w:tcPr>
          <w:p w14:paraId="48F4FEA1" w14:textId="46D4E739" w:rsidR="003B0B21" w:rsidRPr="00B553E2" w:rsidRDefault="003B0B21" w:rsidP="00B553E2">
            <w:pPr>
              <w:spacing w:before="120" w:after="360" w:line="300" w:lineRule="auto"/>
              <w:rPr>
                <w:rFonts w:ascii="Arial" w:eastAsia="맑은 고딕" w:hAnsi="Arial" w:hint="eastAsia"/>
                <w:color w:val="000000" w:themeColor="text1"/>
                <w:lang w:eastAsia="ko-KR"/>
              </w:rPr>
            </w:pPr>
          </w:p>
          <w:p w14:paraId="13DB4DAA" w14:textId="77777777" w:rsidR="00B553E2" w:rsidRPr="00B553E2" w:rsidRDefault="00B553E2" w:rsidP="00B553E2">
            <w:pPr>
              <w:spacing w:before="120" w:after="360" w:line="300" w:lineRule="auto"/>
              <w:rPr>
                <w:rFonts w:ascii="Arial" w:eastAsia="맑은 고딕" w:hAnsi="Arial"/>
                <w:color w:val="000000" w:themeColor="text1"/>
                <w:lang w:eastAsia="ko-KR"/>
              </w:rPr>
            </w:pPr>
          </w:p>
          <w:p w14:paraId="0A6572DE" w14:textId="77777777" w:rsidR="00B553E2" w:rsidRPr="00B553E2" w:rsidRDefault="00B553E2" w:rsidP="00B553E2">
            <w:pPr>
              <w:spacing w:before="120" w:after="360" w:line="300" w:lineRule="auto"/>
              <w:rPr>
                <w:rFonts w:ascii="Arial" w:eastAsia="맑은 고딕" w:hAnsi="Arial"/>
                <w:color w:val="000000" w:themeColor="text1"/>
                <w:lang w:eastAsia="ko-KR"/>
              </w:rPr>
            </w:pPr>
          </w:p>
          <w:p w14:paraId="15EA1484" w14:textId="77777777" w:rsidR="00B553E2" w:rsidRPr="00B553E2" w:rsidRDefault="00B553E2" w:rsidP="00B553E2">
            <w:pPr>
              <w:spacing w:before="120" w:after="360" w:line="300" w:lineRule="auto"/>
              <w:rPr>
                <w:rFonts w:ascii="Arial" w:eastAsia="맑은 고딕" w:hAnsi="Arial"/>
                <w:color w:val="000000" w:themeColor="text1"/>
                <w:lang w:eastAsia="ko-KR"/>
              </w:rPr>
            </w:pPr>
          </w:p>
        </w:tc>
      </w:tr>
    </w:tbl>
    <w:p w14:paraId="7C9AC7D6" w14:textId="77777777" w:rsidR="00B553E2" w:rsidRDefault="00B553E2" w:rsidP="00B553E2">
      <w:pPr>
        <w:spacing w:before="120" w:after="360" w:line="300" w:lineRule="auto"/>
        <w:rPr>
          <w:rFonts w:ascii="Arial" w:eastAsia="맑은 고딕" w:hAnsi="Arial"/>
          <w:color w:val="000000" w:themeColor="text1"/>
          <w:lang w:eastAsia="ko-KR"/>
        </w:rPr>
      </w:pPr>
    </w:p>
    <w:p w14:paraId="57ACA930" w14:textId="77777777" w:rsidR="00B553E2" w:rsidRDefault="00B553E2" w:rsidP="00B553E2">
      <w:pPr>
        <w:spacing w:before="120" w:after="360" w:line="300" w:lineRule="auto"/>
        <w:rPr>
          <w:rFonts w:ascii="Arial" w:eastAsia="맑은 고딕" w:hAnsi="Arial"/>
          <w:color w:val="000000" w:themeColor="text1"/>
          <w:lang w:eastAsia="ko-KR"/>
        </w:rPr>
      </w:pPr>
    </w:p>
    <w:p w14:paraId="554DD7D0" w14:textId="77777777" w:rsidR="00B553E2" w:rsidRDefault="00B553E2" w:rsidP="00B553E2">
      <w:pPr>
        <w:spacing w:before="120" w:after="360" w:line="300" w:lineRule="auto"/>
        <w:rPr>
          <w:rFonts w:ascii="Arial" w:eastAsia="맑은 고딕" w:hAnsi="Arial"/>
          <w:color w:val="000000" w:themeColor="text1"/>
          <w:lang w:eastAsia="ko-KR"/>
        </w:rPr>
      </w:pPr>
    </w:p>
    <w:p w14:paraId="5E157C90" w14:textId="77777777" w:rsidR="00B553E2" w:rsidRDefault="00B553E2" w:rsidP="00B553E2">
      <w:pPr>
        <w:spacing w:before="120" w:after="360" w:line="300" w:lineRule="auto"/>
        <w:rPr>
          <w:rFonts w:ascii="Arial" w:eastAsia="맑은 고딕" w:hAnsi="Arial"/>
          <w:color w:val="000000" w:themeColor="text1"/>
          <w:lang w:eastAsia="ko-KR"/>
        </w:rPr>
      </w:pPr>
    </w:p>
    <w:p w14:paraId="53A34CB5" w14:textId="77777777" w:rsidR="00B553E2" w:rsidRPr="00B553E2" w:rsidRDefault="00B553E2" w:rsidP="00B553E2">
      <w:pPr>
        <w:spacing w:before="120" w:after="360" w:line="300" w:lineRule="auto"/>
        <w:rPr>
          <w:rFonts w:ascii="Arial" w:eastAsia="맑은 고딕" w:hAnsi="Arial"/>
          <w:color w:val="000000" w:themeColor="text1"/>
          <w:lang w:eastAsia="ko-KR"/>
        </w:rPr>
      </w:pPr>
    </w:p>
    <w:p w14:paraId="383A79D9" w14:textId="31A6217B" w:rsidR="00B553E2" w:rsidRPr="00B553E2" w:rsidRDefault="00B553E2" w:rsidP="00B553E2">
      <w:pPr>
        <w:spacing w:before="120" w:after="360" w:line="300" w:lineRule="auto"/>
        <w:rPr>
          <w:rFonts w:ascii="Arial" w:eastAsia="맑은 고딕" w:hAnsi="Arial"/>
          <w:color w:val="000000" w:themeColor="text1"/>
          <w:lang w:eastAsia="ko-KR"/>
        </w:rPr>
      </w:pPr>
      <w:r w:rsidRPr="00B553E2">
        <w:rPr>
          <w:rFonts w:ascii="Arial" w:eastAsia="맑은 고딕" w:hAnsi="Arial"/>
          <w:color w:val="000000" w:themeColor="text1"/>
          <w:lang w:eastAsia="ko-KR"/>
        </w:rPr>
        <w:lastRenderedPageBreak/>
        <w:t>2</w:t>
      </w:r>
      <w:r>
        <w:rPr>
          <w:rFonts w:ascii="Arial" w:eastAsia="맑은 고딕" w:hAnsi="Arial" w:hint="eastAsia"/>
          <w:color w:val="000000" w:themeColor="text1"/>
          <w:lang w:eastAsia="ko-KR"/>
        </w:rPr>
        <w:t>)</w:t>
      </w:r>
      <w:r w:rsidRPr="00B553E2">
        <w:rPr>
          <w:rFonts w:ascii="Arial" w:eastAsia="맑은 고딕" w:hAnsi="Arial"/>
          <w:color w:val="000000" w:themeColor="text1"/>
          <w:lang w:eastAsia="ko-KR"/>
        </w:rPr>
        <w:t xml:space="preserve"> Post-Training Plans for Trainees</w:t>
      </w:r>
    </w:p>
    <w:p w14:paraId="4D9098D6" w14:textId="77777777" w:rsidR="00B553E2" w:rsidRPr="00B553E2" w:rsidRDefault="00B553E2" w:rsidP="00B553E2">
      <w:pPr>
        <w:spacing w:before="120" w:after="360" w:line="300" w:lineRule="auto"/>
        <w:rPr>
          <w:rFonts w:ascii="Arial" w:eastAsia="맑은 고딕" w:hAnsi="Arial"/>
          <w:color w:val="000000" w:themeColor="text1"/>
          <w:lang w:eastAsia="ko-KR"/>
        </w:rPr>
      </w:pPr>
      <w:r w:rsidRPr="00B553E2">
        <w:rPr>
          <w:rFonts w:ascii="Arial" w:eastAsia="맑은 고딕" w:hAnsi="Arial"/>
          <w:color w:val="000000" w:themeColor="text1"/>
          <w:lang w:eastAsia="ko-KR"/>
        </w:rPr>
        <w:t>Please describe the company’s plans for utilizing trainees following completion of the training, including their employment, job assignments, and application of the knowledge and skills acquired through the training in the workplace.</w:t>
      </w:r>
    </w:p>
    <w:tbl>
      <w:tblPr>
        <w:tblStyle w:val="af9"/>
        <w:tblW w:w="0" w:type="auto"/>
        <w:tblLook w:val="04A0" w:firstRow="1" w:lastRow="0" w:firstColumn="1" w:lastColumn="0" w:noHBand="0" w:noVBand="1"/>
      </w:tblPr>
      <w:tblGrid>
        <w:gridCol w:w="9350"/>
      </w:tblGrid>
      <w:tr w:rsidR="00B553E2" w:rsidRPr="00B553E2" w14:paraId="4FF28D83" w14:textId="77777777" w:rsidTr="00B553E2">
        <w:tc>
          <w:tcPr>
            <w:tcW w:w="9350" w:type="dxa"/>
          </w:tcPr>
          <w:p w14:paraId="2D1A887A" w14:textId="77777777" w:rsidR="00B553E2" w:rsidRPr="00B553E2" w:rsidRDefault="00B553E2" w:rsidP="00B553E2">
            <w:pPr>
              <w:spacing w:before="120" w:after="360" w:line="300" w:lineRule="auto"/>
              <w:rPr>
                <w:rFonts w:ascii="Arial" w:eastAsia="맑은 고딕" w:hAnsi="Arial"/>
                <w:color w:val="000000" w:themeColor="text1"/>
                <w:lang w:eastAsia="ko-KR"/>
              </w:rPr>
            </w:pPr>
          </w:p>
          <w:p w14:paraId="6DF2752D" w14:textId="77777777" w:rsidR="00B553E2" w:rsidRPr="00B553E2" w:rsidRDefault="00B553E2" w:rsidP="00B553E2">
            <w:pPr>
              <w:spacing w:before="120" w:after="360" w:line="300" w:lineRule="auto"/>
              <w:rPr>
                <w:rFonts w:ascii="Arial" w:eastAsia="맑은 고딕" w:hAnsi="Arial"/>
                <w:color w:val="000000" w:themeColor="text1"/>
                <w:lang w:eastAsia="ko-KR"/>
              </w:rPr>
            </w:pPr>
          </w:p>
          <w:p w14:paraId="09863CC8" w14:textId="77777777" w:rsidR="00B553E2" w:rsidRPr="00B553E2" w:rsidRDefault="00B553E2" w:rsidP="00B553E2">
            <w:pPr>
              <w:spacing w:before="120" w:after="360" w:line="300" w:lineRule="auto"/>
              <w:rPr>
                <w:rFonts w:ascii="Arial" w:eastAsia="맑은 고딕" w:hAnsi="Arial"/>
                <w:color w:val="000000" w:themeColor="text1"/>
                <w:lang w:eastAsia="ko-KR"/>
              </w:rPr>
            </w:pPr>
          </w:p>
          <w:p w14:paraId="41861579" w14:textId="77777777" w:rsidR="00B553E2" w:rsidRPr="00B553E2" w:rsidRDefault="00B553E2" w:rsidP="00B553E2">
            <w:pPr>
              <w:spacing w:before="120" w:after="360" w:line="300" w:lineRule="auto"/>
              <w:rPr>
                <w:rFonts w:ascii="Arial" w:eastAsia="맑은 고딕" w:hAnsi="Arial"/>
                <w:color w:val="000000" w:themeColor="text1"/>
                <w:lang w:eastAsia="ko-KR"/>
              </w:rPr>
            </w:pPr>
          </w:p>
        </w:tc>
      </w:tr>
    </w:tbl>
    <w:p w14:paraId="19B4F0D0" w14:textId="77777777" w:rsidR="00B553E2" w:rsidRPr="00B553E2" w:rsidRDefault="00B553E2" w:rsidP="00B553E2">
      <w:pPr>
        <w:spacing w:before="120" w:after="360" w:line="300" w:lineRule="auto"/>
        <w:rPr>
          <w:rFonts w:ascii="Arial" w:eastAsia="맑은 고딕" w:hAnsi="Arial"/>
          <w:color w:val="000000" w:themeColor="text1"/>
          <w:lang w:eastAsia="ko-KR"/>
        </w:rPr>
      </w:pPr>
    </w:p>
    <w:p w14:paraId="222208C4" w14:textId="3A93C50D" w:rsidR="00B553E2" w:rsidRDefault="00B553E2" w:rsidP="00B553E2">
      <w:pPr>
        <w:spacing w:before="120" w:after="360" w:line="300" w:lineRule="auto"/>
        <w:rPr>
          <w:rFonts w:ascii="굴림" w:eastAsia="굴림" w:hAnsi="굴림" w:cs="굴림"/>
          <w:sz w:val="24"/>
          <w:szCs w:val="24"/>
          <w:lang w:eastAsia="ko-KR"/>
        </w:rPr>
      </w:pPr>
      <w:r w:rsidRPr="00B553E2">
        <w:rPr>
          <w:rFonts w:ascii="Arial" w:eastAsia="맑은 고딕" w:hAnsi="Arial"/>
          <w:color w:val="000000" w:themeColor="text1"/>
          <w:lang w:eastAsia="ko-KR"/>
        </w:rPr>
        <w:t>3</w:t>
      </w:r>
      <w:r>
        <w:rPr>
          <w:rFonts w:ascii="Arial" w:eastAsia="맑은 고딕" w:hAnsi="Arial" w:hint="eastAsia"/>
          <w:color w:val="000000" w:themeColor="text1"/>
          <w:lang w:eastAsia="ko-KR"/>
        </w:rPr>
        <w:t>)</w:t>
      </w:r>
      <w:r w:rsidRPr="00B553E2">
        <w:rPr>
          <w:rFonts w:ascii="Arial" w:eastAsia="맑은 고딕" w:hAnsi="Arial"/>
          <w:color w:val="000000" w:themeColor="text1"/>
          <w:lang w:eastAsia="ko-KR"/>
        </w:rPr>
        <w:t xml:space="preserve"> Post-Training Cooperation and Information Sharing</w:t>
      </w:r>
    </w:p>
    <w:p w14:paraId="6CDF649F" w14:textId="75EEE876" w:rsidR="00B553E2" w:rsidRPr="00B553E2" w:rsidRDefault="00B553E2" w:rsidP="00B553E2">
      <w:pPr>
        <w:spacing w:before="120" w:after="360" w:line="300" w:lineRule="auto"/>
        <w:rPr>
          <w:rFonts w:ascii="Arial" w:eastAsia="맑은 고딕" w:hAnsi="Arial"/>
          <w:color w:val="000000" w:themeColor="text1"/>
          <w:lang w:eastAsia="ko-KR"/>
        </w:rPr>
      </w:pPr>
      <w:r w:rsidRPr="00B553E2">
        <w:rPr>
          <w:rFonts w:ascii="Arial" w:eastAsia="맑은 고딕" w:hAnsi="Arial"/>
          <w:color w:val="000000" w:themeColor="text1"/>
          <w:lang w:eastAsia="ko-KR"/>
        </w:rPr>
        <w:t>Following completion of the training, please indicate whether your company is willing to cooperate with the following activities (Please check all applicable items.)</w:t>
      </w:r>
    </w:p>
    <w:p w14:paraId="2B2CC236" w14:textId="77777777" w:rsidR="00B553E2" w:rsidRPr="00B553E2" w:rsidRDefault="00B553E2" w:rsidP="00B553E2">
      <w:pPr>
        <w:spacing w:before="120" w:after="360" w:line="240" w:lineRule="auto"/>
        <w:ind w:leftChars="100" w:left="220"/>
        <w:rPr>
          <w:rFonts w:ascii="Arial" w:eastAsia="맑은 고딕" w:hAnsi="Arial"/>
          <w:color w:val="000000" w:themeColor="text1"/>
          <w:lang w:eastAsia="ko-KR"/>
        </w:rPr>
      </w:pPr>
      <w:r w:rsidRPr="00B553E2">
        <w:rPr>
          <w:rFonts w:ascii="Segoe UI Symbol" w:eastAsia="맑은 고딕" w:hAnsi="Segoe UI Symbol" w:cs="Segoe UI Symbol"/>
          <w:color w:val="000000" w:themeColor="text1"/>
          <w:lang w:eastAsia="ko-KR"/>
        </w:rPr>
        <w:t>☐</w:t>
      </w:r>
      <w:r w:rsidRPr="00B553E2">
        <w:rPr>
          <w:rFonts w:ascii="Arial" w:eastAsia="맑은 고딕" w:hAnsi="Arial"/>
          <w:color w:val="000000" w:themeColor="text1"/>
          <w:lang w:eastAsia="ko-KR"/>
        </w:rPr>
        <w:t xml:space="preserve"> Confirm trainees’ completion of the training and provide information on their employment or work status.</w:t>
      </w:r>
    </w:p>
    <w:p w14:paraId="6F2369A8" w14:textId="77777777" w:rsidR="00B553E2" w:rsidRPr="00B553E2" w:rsidRDefault="00B553E2" w:rsidP="00B553E2">
      <w:pPr>
        <w:spacing w:before="120" w:after="360" w:line="240" w:lineRule="auto"/>
        <w:ind w:leftChars="100" w:left="220"/>
        <w:rPr>
          <w:rFonts w:ascii="Arial" w:eastAsia="맑은 고딕" w:hAnsi="Arial"/>
          <w:color w:val="000000" w:themeColor="text1"/>
          <w:lang w:eastAsia="ko-KR"/>
        </w:rPr>
      </w:pPr>
      <w:r w:rsidRPr="00B553E2">
        <w:rPr>
          <w:rFonts w:ascii="Segoe UI Symbol" w:eastAsia="맑은 고딕" w:hAnsi="Segoe UI Symbol" w:cs="Segoe UI Symbol"/>
          <w:color w:val="000000" w:themeColor="text1"/>
          <w:lang w:eastAsia="ko-KR"/>
        </w:rPr>
        <w:t>☐</w:t>
      </w:r>
      <w:r w:rsidRPr="00B553E2">
        <w:rPr>
          <w:rFonts w:ascii="Arial" w:eastAsia="맑은 고딕" w:hAnsi="Arial"/>
          <w:color w:val="000000" w:themeColor="text1"/>
          <w:lang w:eastAsia="ko-KR"/>
        </w:rPr>
        <w:t xml:space="preserve"> Provide relevant information and materials regarding training outcomes and, where applicable, the application of the training in the workplace.</w:t>
      </w:r>
    </w:p>
    <w:p w14:paraId="3C993C48" w14:textId="77777777" w:rsidR="00B553E2" w:rsidRPr="00B553E2" w:rsidRDefault="00B553E2" w:rsidP="00B553E2">
      <w:pPr>
        <w:spacing w:before="120" w:after="360" w:line="240" w:lineRule="auto"/>
        <w:ind w:leftChars="100" w:left="220"/>
        <w:rPr>
          <w:rFonts w:ascii="Arial" w:eastAsia="맑은 고딕" w:hAnsi="Arial"/>
          <w:color w:val="000000" w:themeColor="text1"/>
          <w:lang w:eastAsia="ko-KR"/>
        </w:rPr>
      </w:pPr>
      <w:r w:rsidRPr="00B553E2">
        <w:rPr>
          <w:rFonts w:ascii="Segoe UI Symbol" w:eastAsia="맑은 고딕" w:hAnsi="Segoe UI Symbol" w:cs="Segoe UI Symbol"/>
          <w:color w:val="000000" w:themeColor="text1"/>
          <w:lang w:eastAsia="ko-KR"/>
        </w:rPr>
        <w:t>☐</w:t>
      </w:r>
      <w:r w:rsidRPr="00B553E2">
        <w:rPr>
          <w:rFonts w:ascii="Arial" w:eastAsia="맑은 고딕" w:hAnsi="Arial"/>
          <w:color w:val="000000" w:themeColor="text1"/>
          <w:lang w:eastAsia="ko-KR"/>
        </w:rPr>
        <w:t xml:space="preserve"> Participate in trainee satisfaction and training outcome surveys.</w:t>
      </w:r>
    </w:p>
    <w:p w14:paraId="5DAA5F82" w14:textId="77777777" w:rsidR="00B553E2" w:rsidRPr="00B553E2" w:rsidRDefault="00B553E2" w:rsidP="00B553E2">
      <w:pPr>
        <w:spacing w:before="120" w:after="360" w:line="240" w:lineRule="auto"/>
        <w:ind w:leftChars="100" w:left="220"/>
        <w:rPr>
          <w:rFonts w:ascii="Arial" w:eastAsia="맑은 고딕" w:hAnsi="Arial"/>
          <w:color w:val="000000" w:themeColor="text1"/>
          <w:lang w:eastAsia="ko-KR"/>
        </w:rPr>
      </w:pPr>
      <w:r w:rsidRPr="00B553E2">
        <w:rPr>
          <w:rFonts w:ascii="Segoe UI Symbol" w:eastAsia="맑은 고딕" w:hAnsi="Segoe UI Symbol" w:cs="Segoe UI Symbol"/>
          <w:color w:val="000000" w:themeColor="text1"/>
          <w:lang w:eastAsia="ko-KR"/>
        </w:rPr>
        <w:t>☐</w:t>
      </w:r>
      <w:r w:rsidRPr="00B553E2">
        <w:rPr>
          <w:rFonts w:ascii="Arial" w:eastAsia="맑은 고딕" w:hAnsi="Arial"/>
          <w:color w:val="000000" w:themeColor="text1"/>
          <w:lang w:eastAsia="ko-KR"/>
        </w:rPr>
        <w:t xml:space="preserve"> Cooperate with surveys, interviews, and other data collection activities conducted for the purpose of evaluating program performance and outcomes.</w:t>
      </w:r>
    </w:p>
    <w:p w14:paraId="6C1EF7C2" w14:textId="77777777" w:rsidR="00B553E2" w:rsidRPr="00B553E2" w:rsidRDefault="00B553E2" w:rsidP="00B553E2">
      <w:pPr>
        <w:spacing w:before="120" w:after="360" w:line="240" w:lineRule="auto"/>
        <w:ind w:leftChars="100" w:left="220"/>
        <w:rPr>
          <w:rFonts w:ascii="Arial" w:eastAsia="맑은 고딕" w:hAnsi="Arial"/>
          <w:color w:val="000000" w:themeColor="text1"/>
          <w:lang w:eastAsia="ko-KR"/>
        </w:rPr>
      </w:pPr>
      <w:r w:rsidRPr="00B553E2">
        <w:rPr>
          <w:rFonts w:ascii="Segoe UI Symbol" w:eastAsia="맑은 고딕" w:hAnsi="Segoe UI Symbol" w:cs="Segoe UI Symbol"/>
          <w:color w:val="000000" w:themeColor="text1"/>
          <w:lang w:eastAsia="ko-KR"/>
        </w:rPr>
        <w:t>☐</w:t>
      </w:r>
      <w:r w:rsidRPr="00B553E2">
        <w:rPr>
          <w:rFonts w:ascii="Arial" w:eastAsia="맑은 고딕" w:hAnsi="Arial"/>
          <w:color w:val="000000" w:themeColor="text1"/>
          <w:lang w:eastAsia="ko-KR"/>
        </w:rPr>
        <w:t xml:space="preserve"> Provide other relevant information and materials reasonably requested by the program operator, to the extent necessary for the implementation and evaluation of the program.</w:t>
      </w:r>
    </w:p>
    <w:p w14:paraId="7D026CAD" w14:textId="77777777" w:rsidR="00B553E2" w:rsidRPr="00B553E2" w:rsidRDefault="00B553E2" w:rsidP="00B553E2">
      <w:pPr>
        <w:spacing w:before="120" w:after="360" w:line="240" w:lineRule="auto"/>
        <w:ind w:leftChars="100" w:left="220"/>
        <w:rPr>
          <w:rFonts w:ascii="Arial" w:eastAsia="맑은 고딕" w:hAnsi="Arial"/>
          <w:color w:val="000000" w:themeColor="text1"/>
          <w:lang w:eastAsia="ko-KR"/>
        </w:rPr>
      </w:pPr>
    </w:p>
    <w:p w14:paraId="5642EEE8" w14:textId="77777777" w:rsidR="00B553E2" w:rsidRDefault="00B553E2">
      <w:pPr>
        <w:spacing w:before="240" w:after="120"/>
        <w:rPr>
          <w:rFonts w:ascii="Arial" w:eastAsia="맑은 고딕" w:hAnsi="Arial"/>
          <w:b/>
          <w:color w:val="000000" w:themeColor="text1"/>
          <w:sz w:val="24"/>
          <w:lang w:eastAsia="ko-KR"/>
        </w:rPr>
      </w:pPr>
    </w:p>
    <w:p w14:paraId="79B735D1" w14:textId="42EAA81A" w:rsidR="006B2F6E" w:rsidRPr="009C0FA0" w:rsidRDefault="00B553E2">
      <w:pPr>
        <w:spacing w:before="240" w:after="120"/>
        <w:rPr>
          <w:color w:val="000000" w:themeColor="text1"/>
        </w:rPr>
      </w:pPr>
      <w:r>
        <w:rPr>
          <w:rFonts w:ascii="Arial" w:eastAsia="맑은 고딕" w:hAnsi="Arial" w:hint="eastAsia"/>
          <w:b/>
          <w:color w:val="000000" w:themeColor="text1"/>
          <w:sz w:val="24"/>
          <w:lang w:eastAsia="ko-KR"/>
        </w:rPr>
        <w:lastRenderedPageBreak/>
        <w:t xml:space="preserve">7. </w:t>
      </w:r>
      <w:r w:rsidR="00AE3579" w:rsidRPr="009C0FA0">
        <w:rPr>
          <w:rFonts w:ascii="Arial" w:hAnsi="Arial"/>
          <w:b/>
          <w:color w:val="000000" w:themeColor="text1"/>
          <w:sz w:val="24"/>
        </w:rPr>
        <w:t>ACKNOWLEDGEMENT &amp; APPLICATION CERTIFICATION</w:t>
      </w:r>
    </w:p>
    <w:p w14:paraId="29E72008" w14:textId="4299920C" w:rsidR="00BF2363" w:rsidRPr="009C0FA0" w:rsidRDefault="00BF2363" w:rsidP="00AE3579">
      <w:pPr>
        <w:spacing w:before="120" w:after="360" w:line="300" w:lineRule="auto"/>
        <w:rPr>
          <w:rFonts w:ascii="Arial" w:hAnsi="Arial"/>
          <w:color w:val="000000" w:themeColor="text1"/>
        </w:rPr>
      </w:pPr>
      <w:r w:rsidRPr="009C0FA0">
        <w:rPr>
          <w:rFonts w:ascii="Arial" w:eastAsia="맑은 고딕" w:hAnsi="Arial"/>
          <w:color w:val="000000" w:themeColor="text1"/>
          <w:lang w:eastAsia="ko-KR"/>
        </w:rPr>
        <w:t>By submitting this Application Form, the Applicant certifies that the information provided herein is accurate to the best of its knowledge and acknowledges that, if selected, the scope of training and applicable trainee, safety, environmental, and other responsibilities will be governed by a separate written agreement.</w:t>
      </w:r>
    </w:p>
    <w:p w14:paraId="364A0A9F" w14:textId="77777777" w:rsidR="00321DDC" w:rsidRPr="009C0FA0" w:rsidRDefault="00321DDC">
      <w:pPr>
        <w:spacing w:before="120" w:after="360" w:line="300" w:lineRule="auto"/>
        <w:rPr>
          <w:rFonts w:ascii="Arial" w:eastAsia="맑은 고딕" w:hAnsi="Arial"/>
          <w:color w:val="000000" w:themeColor="text1"/>
          <w:lang w:eastAsia="ko-KR"/>
        </w:rPr>
      </w:pPr>
    </w:p>
    <w:p w14:paraId="6AFB1A0C" w14:textId="0CCD0D32" w:rsidR="006B2F6E" w:rsidRPr="009C0FA0" w:rsidRDefault="00B553E2">
      <w:pPr>
        <w:spacing w:before="240" w:after="120"/>
        <w:rPr>
          <w:color w:val="000000" w:themeColor="text1"/>
        </w:rPr>
      </w:pPr>
      <w:r>
        <w:rPr>
          <w:rFonts w:ascii="Arial" w:eastAsia="맑은 고딕" w:hAnsi="Arial" w:hint="eastAsia"/>
          <w:b/>
          <w:color w:val="000000" w:themeColor="text1"/>
          <w:sz w:val="24"/>
          <w:lang w:eastAsia="ko-KR"/>
        </w:rPr>
        <w:t>8</w:t>
      </w:r>
      <w:r w:rsidR="007C58C6" w:rsidRPr="009C0FA0">
        <w:rPr>
          <w:rFonts w:ascii="Arial" w:hAnsi="Arial"/>
          <w:b/>
          <w:color w:val="000000" w:themeColor="text1"/>
          <w:sz w:val="24"/>
        </w:rPr>
        <w:t>. APPLICANT SIGNATURE</w:t>
      </w:r>
    </w:p>
    <w:tbl>
      <w:tblPr>
        <w:tblW w:w="0" w:type="auto"/>
        <w:jc w:val="center"/>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Look w:val="04A0" w:firstRow="1" w:lastRow="0" w:firstColumn="1" w:lastColumn="0" w:noHBand="0" w:noVBand="1"/>
      </w:tblPr>
      <w:tblGrid>
        <w:gridCol w:w="3596"/>
        <w:gridCol w:w="5754"/>
      </w:tblGrid>
      <w:tr w:rsidR="006B2F6E" w:rsidRPr="009C0FA0" w14:paraId="3BF85678" w14:textId="77777777">
        <w:trPr>
          <w:jc w:val="center"/>
        </w:trPr>
        <w:tc>
          <w:tcPr>
            <w:tcW w:w="3600" w:type="dxa"/>
            <w:shd w:val="clear" w:color="auto" w:fill="F0F4F8"/>
            <w:tcMar>
              <w:top w:w="100" w:type="dxa"/>
              <w:left w:w="150" w:type="dxa"/>
              <w:bottom w:w="100" w:type="dxa"/>
              <w:right w:w="150" w:type="dxa"/>
            </w:tcMar>
          </w:tcPr>
          <w:p w14:paraId="3E2335CC" w14:textId="77777777" w:rsidR="006B2F6E" w:rsidRPr="009C0FA0" w:rsidRDefault="007C58C6">
            <w:pPr>
              <w:rPr>
                <w:color w:val="000000" w:themeColor="text1"/>
              </w:rPr>
            </w:pPr>
            <w:r w:rsidRPr="009C0FA0">
              <w:rPr>
                <w:b/>
                <w:color w:val="000000" w:themeColor="text1"/>
                <w:sz w:val="20"/>
              </w:rPr>
              <w:t>Authorized Applicant Name:</w:t>
            </w:r>
          </w:p>
        </w:tc>
        <w:tc>
          <w:tcPr>
            <w:tcW w:w="5760" w:type="dxa"/>
            <w:tcMar>
              <w:top w:w="100" w:type="dxa"/>
              <w:left w:w="150" w:type="dxa"/>
              <w:bottom w:w="100" w:type="dxa"/>
              <w:right w:w="150" w:type="dxa"/>
            </w:tcMar>
          </w:tcPr>
          <w:p w14:paraId="67D39B43" w14:textId="77777777" w:rsidR="006B2F6E" w:rsidRPr="009C0FA0" w:rsidRDefault="006B2F6E">
            <w:pPr>
              <w:rPr>
                <w:color w:val="000000" w:themeColor="text1"/>
              </w:rPr>
            </w:pPr>
          </w:p>
        </w:tc>
      </w:tr>
      <w:tr w:rsidR="006B2F6E" w:rsidRPr="009C0FA0" w14:paraId="5253BB00" w14:textId="77777777">
        <w:trPr>
          <w:jc w:val="center"/>
        </w:trPr>
        <w:tc>
          <w:tcPr>
            <w:tcW w:w="3600" w:type="dxa"/>
            <w:shd w:val="clear" w:color="auto" w:fill="F0F4F8"/>
            <w:tcMar>
              <w:top w:w="100" w:type="dxa"/>
              <w:left w:w="150" w:type="dxa"/>
              <w:bottom w:w="100" w:type="dxa"/>
              <w:right w:w="150" w:type="dxa"/>
            </w:tcMar>
          </w:tcPr>
          <w:p w14:paraId="411A2078" w14:textId="77777777" w:rsidR="006B2F6E" w:rsidRPr="009C0FA0" w:rsidRDefault="007C58C6">
            <w:pPr>
              <w:rPr>
                <w:color w:val="000000" w:themeColor="text1"/>
              </w:rPr>
            </w:pPr>
            <w:r w:rsidRPr="009C0FA0">
              <w:rPr>
                <w:b/>
                <w:color w:val="000000" w:themeColor="text1"/>
                <w:sz w:val="20"/>
              </w:rPr>
              <w:t>Title / Position:</w:t>
            </w:r>
          </w:p>
        </w:tc>
        <w:tc>
          <w:tcPr>
            <w:tcW w:w="5760" w:type="dxa"/>
            <w:tcMar>
              <w:top w:w="100" w:type="dxa"/>
              <w:left w:w="150" w:type="dxa"/>
              <w:bottom w:w="100" w:type="dxa"/>
              <w:right w:w="150" w:type="dxa"/>
            </w:tcMar>
          </w:tcPr>
          <w:p w14:paraId="225C847F" w14:textId="77777777" w:rsidR="006B2F6E" w:rsidRPr="009C0FA0" w:rsidRDefault="006B2F6E">
            <w:pPr>
              <w:rPr>
                <w:color w:val="000000" w:themeColor="text1"/>
              </w:rPr>
            </w:pPr>
          </w:p>
        </w:tc>
      </w:tr>
      <w:tr w:rsidR="006B2F6E" w:rsidRPr="009C0FA0" w14:paraId="62B8F08F" w14:textId="77777777">
        <w:trPr>
          <w:jc w:val="center"/>
        </w:trPr>
        <w:tc>
          <w:tcPr>
            <w:tcW w:w="3600" w:type="dxa"/>
            <w:shd w:val="clear" w:color="auto" w:fill="F0F4F8"/>
            <w:tcMar>
              <w:top w:w="100" w:type="dxa"/>
              <w:left w:w="150" w:type="dxa"/>
              <w:bottom w:w="100" w:type="dxa"/>
              <w:right w:w="150" w:type="dxa"/>
            </w:tcMar>
          </w:tcPr>
          <w:p w14:paraId="7139D80C" w14:textId="77777777" w:rsidR="006B2F6E" w:rsidRPr="009C0FA0" w:rsidRDefault="007C58C6">
            <w:pPr>
              <w:rPr>
                <w:color w:val="000000" w:themeColor="text1"/>
              </w:rPr>
            </w:pPr>
            <w:r w:rsidRPr="009C0FA0">
              <w:rPr>
                <w:b/>
                <w:color w:val="000000" w:themeColor="text1"/>
                <w:sz w:val="20"/>
              </w:rPr>
              <w:t>Signature &amp; Date:</w:t>
            </w:r>
          </w:p>
        </w:tc>
        <w:tc>
          <w:tcPr>
            <w:tcW w:w="5760" w:type="dxa"/>
            <w:tcMar>
              <w:top w:w="100" w:type="dxa"/>
              <w:left w:w="150" w:type="dxa"/>
              <w:bottom w:w="100" w:type="dxa"/>
              <w:right w:w="150" w:type="dxa"/>
            </w:tcMar>
          </w:tcPr>
          <w:p w14:paraId="53223786" w14:textId="14B98B7D" w:rsidR="006B2F6E" w:rsidRPr="009C0FA0" w:rsidRDefault="007C58C6">
            <w:pPr>
              <w:rPr>
                <w:color w:val="000000" w:themeColor="text1"/>
              </w:rPr>
            </w:pPr>
            <w:r w:rsidRPr="009C0FA0">
              <w:rPr>
                <w:color w:val="000000" w:themeColor="text1"/>
                <w:sz w:val="20"/>
              </w:rPr>
              <w:br/>
              <w:t>_______________________    Date: _______________</w:t>
            </w:r>
          </w:p>
        </w:tc>
      </w:tr>
    </w:tbl>
    <w:p w14:paraId="6BF198D4" w14:textId="77777777" w:rsidR="0079665C" w:rsidRPr="009C0FA0" w:rsidRDefault="0079665C">
      <w:pPr>
        <w:rPr>
          <w:rFonts w:eastAsia="맑은 고딕"/>
          <w:color w:val="000000" w:themeColor="text1"/>
          <w:lang w:eastAsia="ko-KR"/>
        </w:rPr>
      </w:pPr>
    </w:p>
    <w:sectPr w:rsidR="0079665C" w:rsidRPr="009C0FA0" w:rsidSect="000346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740E9" w14:textId="77777777" w:rsidR="00363490" w:rsidRDefault="00363490" w:rsidP="00BF2363">
      <w:pPr>
        <w:spacing w:after="0" w:line="240" w:lineRule="auto"/>
      </w:pPr>
      <w:r>
        <w:separator/>
      </w:r>
    </w:p>
  </w:endnote>
  <w:endnote w:type="continuationSeparator" w:id="0">
    <w:p w14:paraId="2E44C7FC" w14:textId="77777777" w:rsidR="00363490" w:rsidRDefault="00363490" w:rsidP="00BF23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굴림">
    <w:altName w:val="Gulim"/>
    <w:panose1 w:val="020B0600000101010101"/>
    <w:charset w:val="81"/>
    <w:family w:val="modern"/>
    <w:pitch w:val="variable"/>
    <w:sig w:usb0="B00002AF" w:usb1="69D77CFB" w:usb2="00000030" w:usb3="00000000" w:csb0="0008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1E0AC" w14:textId="77777777" w:rsidR="00363490" w:rsidRDefault="00363490" w:rsidP="00BF2363">
      <w:pPr>
        <w:spacing w:after="0" w:line="240" w:lineRule="auto"/>
      </w:pPr>
      <w:r>
        <w:separator/>
      </w:r>
    </w:p>
  </w:footnote>
  <w:footnote w:type="continuationSeparator" w:id="0">
    <w:p w14:paraId="04B4A332" w14:textId="77777777" w:rsidR="00363490" w:rsidRDefault="00363490" w:rsidP="00BF23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96E6FE1"/>
    <w:multiLevelType w:val="hybridMultilevel"/>
    <w:tmpl w:val="FD3EF45C"/>
    <w:lvl w:ilvl="0" w:tplc="04090009">
      <w:start w:val="1"/>
      <w:numFmt w:val="bullet"/>
      <w:lvlText w:val=""/>
      <w:lvlJc w:val="left"/>
      <w:pPr>
        <w:ind w:left="644" w:hanging="360"/>
      </w:pPr>
      <w:rPr>
        <w:rFonts w:ascii="Wingdings" w:hAnsi="Wingdings" w:hint="default"/>
      </w:rPr>
    </w:lvl>
    <w:lvl w:ilvl="1" w:tplc="FFFFFFFF" w:tentative="1">
      <w:start w:val="1"/>
      <w:numFmt w:val="bullet"/>
      <w:lvlText w:val=""/>
      <w:lvlJc w:val="left"/>
      <w:pPr>
        <w:ind w:left="1320" w:hanging="440"/>
      </w:pPr>
      <w:rPr>
        <w:rFonts w:ascii="Wingdings" w:hAnsi="Wingdings" w:hint="default"/>
      </w:rPr>
    </w:lvl>
    <w:lvl w:ilvl="2" w:tplc="FFFFFFFF" w:tentative="1">
      <w:start w:val="1"/>
      <w:numFmt w:val="bullet"/>
      <w:lvlText w:val=""/>
      <w:lvlJc w:val="left"/>
      <w:pPr>
        <w:ind w:left="1760" w:hanging="440"/>
      </w:pPr>
      <w:rPr>
        <w:rFonts w:ascii="Wingdings" w:hAnsi="Wingdings" w:hint="default"/>
      </w:rPr>
    </w:lvl>
    <w:lvl w:ilvl="3" w:tplc="FFFFFFFF" w:tentative="1">
      <w:start w:val="1"/>
      <w:numFmt w:val="bullet"/>
      <w:lvlText w:val=""/>
      <w:lvlJc w:val="left"/>
      <w:pPr>
        <w:ind w:left="2200" w:hanging="440"/>
      </w:pPr>
      <w:rPr>
        <w:rFonts w:ascii="Wingdings" w:hAnsi="Wingdings" w:hint="default"/>
      </w:rPr>
    </w:lvl>
    <w:lvl w:ilvl="4" w:tplc="FFFFFFFF" w:tentative="1">
      <w:start w:val="1"/>
      <w:numFmt w:val="bullet"/>
      <w:lvlText w:val=""/>
      <w:lvlJc w:val="left"/>
      <w:pPr>
        <w:ind w:left="2640" w:hanging="440"/>
      </w:pPr>
      <w:rPr>
        <w:rFonts w:ascii="Wingdings" w:hAnsi="Wingdings" w:hint="default"/>
      </w:rPr>
    </w:lvl>
    <w:lvl w:ilvl="5" w:tplc="FFFFFFFF" w:tentative="1">
      <w:start w:val="1"/>
      <w:numFmt w:val="bullet"/>
      <w:lvlText w:val=""/>
      <w:lvlJc w:val="left"/>
      <w:pPr>
        <w:ind w:left="3080" w:hanging="440"/>
      </w:pPr>
      <w:rPr>
        <w:rFonts w:ascii="Wingdings" w:hAnsi="Wingdings" w:hint="default"/>
      </w:rPr>
    </w:lvl>
    <w:lvl w:ilvl="6" w:tplc="FFFFFFFF" w:tentative="1">
      <w:start w:val="1"/>
      <w:numFmt w:val="bullet"/>
      <w:lvlText w:val=""/>
      <w:lvlJc w:val="left"/>
      <w:pPr>
        <w:ind w:left="3520" w:hanging="440"/>
      </w:pPr>
      <w:rPr>
        <w:rFonts w:ascii="Wingdings" w:hAnsi="Wingdings" w:hint="default"/>
      </w:rPr>
    </w:lvl>
    <w:lvl w:ilvl="7" w:tplc="FFFFFFFF" w:tentative="1">
      <w:start w:val="1"/>
      <w:numFmt w:val="bullet"/>
      <w:lvlText w:val=""/>
      <w:lvlJc w:val="left"/>
      <w:pPr>
        <w:ind w:left="3960" w:hanging="440"/>
      </w:pPr>
      <w:rPr>
        <w:rFonts w:ascii="Wingdings" w:hAnsi="Wingdings" w:hint="default"/>
      </w:rPr>
    </w:lvl>
    <w:lvl w:ilvl="8" w:tplc="FFFFFFFF" w:tentative="1">
      <w:start w:val="1"/>
      <w:numFmt w:val="bullet"/>
      <w:lvlText w:val=""/>
      <w:lvlJc w:val="left"/>
      <w:pPr>
        <w:ind w:left="4400" w:hanging="440"/>
      </w:pPr>
      <w:rPr>
        <w:rFonts w:ascii="Wingdings" w:hAnsi="Wingdings" w:hint="default"/>
      </w:rPr>
    </w:lvl>
  </w:abstractNum>
  <w:abstractNum w:abstractNumId="10" w15:restartNumberingAfterBreak="0">
    <w:nsid w:val="1E375BD5"/>
    <w:multiLevelType w:val="hybridMultilevel"/>
    <w:tmpl w:val="4CC473C4"/>
    <w:lvl w:ilvl="0" w:tplc="44D0493E">
      <w:numFmt w:val="bullet"/>
      <w:lvlText w:val="-"/>
      <w:lvlJc w:val="left"/>
      <w:pPr>
        <w:ind w:left="800" w:hanging="360"/>
      </w:pPr>
      <w:rPr>
        <w:rFonts w:ascii="Arial" w:eastAsia="맑은 고딕" w:hAnsi="Arial" w:cs="Arial" w:hint="default"/>
        <w:b/>
        <w:color w:val="1B365D"/>
        <w:sz w:val="36"/>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1" w15:restartNumberingAfterBreak="0">
    <w:nsid w:val="2B1C1A14"/>
    <w:multiLevelType w:val="hybridMultilevel"/>
    <w:tmpl w:val="60E0E334"/>
    <w:lvl w:ilvl="0" w:tplc="44D0493E">
      <w:numFmt w:val="bullet"/>
      <w:lvlText w:val="-"/>
      <w:lvlJc w:val="left"/>
      <w:pPr>
        <w:ind w:left="440" w:hanging="440"/>
      </w:pPr>
      <w:rPr>
        <w:rFonts w:ascii="Arial" w:eastAsia="맑은 고딕" w:hAnsi="Arial" w:cs="Arial" w:hint="default"/>
        <w:b/>
        <w:color w:val="1B365D"/>
        <w:sz w:val="36"/>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2" w15:restartNumberingAfterBreak="0">
    <w:nsid w:val="319C5FF4"/>
    <w:multiLevelType w:val="hybridMultilevel"/>
    <w:tmpl w:val="9B967050"/>
    <w:lvl w:ilvl="0" w:tplc="8EE800BC">
      <w:start w:val="3"/>
      <w:numFmt w:val="bullet"/>
      <w:lvlText w:val=""/>
      <w:lvlJc w:val="left"/>
      <w:pPr>
        <w:ind w:left="644" w:hanging="360"/>
      </w:pPr>
      <w:rPr>
        <w:rFonts w:ascii="Wingdings" w:eastAsia="맑은 고딕" w:hAnsi="Wingdings" w:cstheme="minorBidi"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3" w15:restartNumberingAfterBreak="0">
    <w:nsid w:val="4D115676"/>
    <w:multiLevelType w:val="hybridMultilevel"/>
    <w:tmpl w:val="BEB48980"/>
    <w:lvl w:ilvl="0" w:tplc="BCBAD902">
      <w:start w:val="1"/>
      <w:numFmt w:val="upperLetter"/>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4" w15:restartNumberingAfterBreak="0">
    <w:nsid w:val="5CED28E0"/>
    <w:multiLevelType w:val="hybridMultilevel"/>
    <w:tmpl w:val="ADF62F8C"/>
    <w:lvl w:ilvl="0" w:tplc="8EE800BC">
      <w:start w:val="3"/>
      <w:numFmt w:val="bullet"/>
      <w:lvlText w:val=""/>
      <w:lvlJc w:val="left"/>
      <w:pPr>
        <w:ind w:left="644" w:hanging="360"/>
      </w:pPr>
      <w:rPr>
        <w:rFonts w:ascii="Wingdings" w:eastAsia="맑은 고딕" w:hAnsi="Wingdings" w:cstheme="minorBidi" w:hint="default"/>
      </w:rPr>
    </w:lvl>
    <w:lvl w:ilvl="1" w:tplc="04090003" w:tentative="1">
      <w:start w:val="1"/>
      <w:numFmt w:val="bullet"/>
      <w:lvlText w:val=""/>
      <w:lvlJc w:val="left"/>
      <w:pPr>
        <w:ind w:left="1164" w:hanging="440"/>
      </w:pPr>
      <w:rPr>
        <w:rFonts w:ascii="Wingdings" w:hAnsi="Wingdings" w:hint="default"/>
      </w:rPr>
    </w:lvl>
    <w:lvl w:ilvl="2" w:tplc="04090005" w:tentative="1">
      <w:start w:val="1"/>
      <w:numFmt w:val="bullet"/>
      <w:lvlText w:val=""/>
      <w:lvlJc w:val="left"/>
      <w:pPr>
        <w:ind w:left="1604" w:hanging="440"/>
      </w:pPr>
      <w:rPr>
        <w:rFonts w:ascii="Wingdings" w:hAnsi="Wingdings" w:hint="default"/>
      </w:rPr>
    </w:lvl>
    <w:lvl w:ilvl="3" w:tplc="04090001" w:tentative="1">
      <w:start w:val="1"/>
      <w:numFmt w:val="bullet"/>
      <w:lvlText w:val=""/>
      <w:lvlJc w:val="left"/>
      <w:pPr>
        <w:ind w:left="2044" w:hanging="440"/>
      </w:pPr>
      <w:rPr>
        <w:rFonts w:ascii="Wingdings" w:hAnsi="Wingdings" w:hint="default"/>
      </w:rPr>
    </w:lvl>
    <w:lvl w:ilvl="4" w:tplc="04090003" w:tentative="1">
      <w:start w:val="1"/>
      <w:numFmt w:val="bullet"/>
      <w:lvlText w:val=""/>
      <w:lvlJc w:val="left"/>
      <w:pPr>
        <w:ind w:left="2484" w:hanging="440"/>
      </w:pPr>
      <w:rPr>
        <w:rFonts w:ascii="Wingdings" w:hAnsi="Wingdings" w:hint="default"/>
      </w:rPr>
    </w:lvl>
    <w:lvl w:ilvl="5" w:tplc="04090005" w:tentative="1">
      <w:start w:val="1"/>
      <w:numFmt w:val="bullet"/>
      <w:lvlText w:val=""/>
      <w:lvlJc w:val="left"/>
      <w:pPr>
        <w:ind w:left="2924" w:hanging="440"/>
      </w:pPr>
      <w:rPr>
        <w:rFonts w:ascii="Wingdings" w:hAnsi="Wingdings" w:hint="default"/>
      </w:rPr>
    </w:lvl>
    <w:lvl w:ilvl="6" w:tplc="04090001" w:tentative="1">
      <w:start w:val="1"/>
      <w:numFmt w:val="bullet"/>
      <w:lvlText w:val=""/>
      <w:lvlJc w:val="left"/>
      <w:pPr>
        <w:ind w:left="3364" w:hanging="440"/>
      </w:pPr>
      <w:rPr>
        <w:rFonts w:ascii="Wingdings" w:hAnsi="Wingdings" w:hint="default"/>
      </w:rPr>
    </w:lvl>
    <w:lvl w:ilvl="7" w:tplc="04090003" w:tentative="1">
      <w:start w:val="1"/>
      <w:numFmt w:val="bullet"/>
      <w:lvlText w:val=""/>
      <w:lvlJc w:val="left"/>
      <w:pPr>
        <w:ind w:left="3804" w:hanging="440"/>
      </w:pPr>
      <w:rPr>
        <w:rFonts w:ascii="Wingdings" w:hAnsi="Wingdings" w:hint="default"/>
      </w:rPr>
    </w:lvl>
    <w:lvl w:ilvl="8" w:tplc="04090005" w:tentative="1">
      <w:start w:val="1"/>
      <w:numFmt w:val="bullet"/>
      <w:lvlText w:val=""/>
      <w:lvlJc w:val="left"/>
      <w:pPr>
        <w:ind w:left="4244" w:hanging="440"/>
      </w:pPr>
      <w:rPr>
        <w:rFonts w:ascii="Wingdings" w:hAnsi="Wingdings" w:hint="default"/>
      </w:rPr>
    </w:lvl>
  </w:abstractNum>
  <w:abstractNum w:abstractNumId="15" w15:restartNumberingAfterBreak="0">
    <w:nsid w:val="752024B0"/>
    <w:multiLevelType w:val="hybridMultilevel"/>
    <w:tmpl w:val="78221776"/>
    <w:lvl w:ilvl="0" w:tplc="04090001">
      <w:start w:val="1"/>
      <w:numFmt w:val="bullet"/>
      <w:lvlText w:val=""/>
      <w:lvlJc w:val="left"/>
      <w:pPr>
        <w:ind w:left="1100" w:hanging="440"/>
      </w:pPr>
      <w:rPr>
        <w:rFonts w:ascii="Wingdings" w:hAnsi="Wingdings" w:hint="default"/>
      </w:rPr>
    </w:lvl>
    <w:lvl w:ilvl="1" w:tplc="04090003" w:tentative="1">
      <w:start w:val="1"/>
      <w:numFmt w:val="bullet"/>
      <w:lvlText w:val=""/>
      <w:lvlJc w:val="left"/>
      <w:pPr>
        <w:ind w:left="1540" w:hanging="440"/>
      </w:pPr>
      <w:rPr>
        <w:rFonts w:ascii="Wingdings" w:hAnsi="Wingdings" w:hint="default"/>
      </w:rPr>
    </w:lvl>
    <w:lvl w:ilvl="2" w:tplc="04090005" w:tentative="1">
      <w:start w:val="1"/>
      <w:numFmt w:val="bullet"/>
      <w:lvlText w:val=""/>
      <w:lvlJc w:val="left"/>
      <w:pPr>
        <w:ind w:left="1980" w:hanging="440"/>
      </w:pPr>
      <w:rPr>
        <w:rFonts w:ascii="Wingdings" w:hAnsi="Wingdings" w:hint="default"/>
      </w:rPr>
    </w:lvl>
    <w:lvl w:ilvl="3" w:tplc="04090001" w:tentative="1">
      <w:start w:val="1"/>
      <w:numFmt w:val="bullet"/>
      <w:lvlText w:val=""/>
      <w:lvlJc w:val="left"/>
      <w:pPr>
        <w:ind w:left="2420" w:hanging="440"/>
      </w:pPr>
      <w:rPr>
        <w:rFonts w:ascii="Wingdings" w:hAnsi="Wingdings" w:hint="default"/>
      </w:rPr>
    </w:lvl>
    <w:lvl w:ilvl="4" w:tplc="04090003" w:tentative="1">
      <w:start w:val="1"/>
      <w:numFmt w:val="bullet"/>
      <w:lvlText w:val=""/>
      <w:lvlJc w:val="left"/>
      <w:pPr>
        <w:ind w:left="2860" w:hanging="440"/>
      </w:pPr>
      <w:rPr>
        <w:rFonts w:ascii="Wingdings" w:hAnsi="Wingdings" w:hint="default"/>
      </w:rPr>
    </w:lvl>
    <w:lvl w:ilvl="5" w:tplc="04090005" w:tentative="1">
      <w:start w:val="1"/>
      <w:numFmt w:val="bullet"/>
      <w:lvlText w:val=""/>
      <w:lvlJc w:val="left"/>
      <w:pPr>
        <w:ind w:left="3300" w:hanging="440"/>
      </w:pPr>
      <w:rPr>
        <w:rFonts w:ascii="Wingdings" w:hAnsi="Wingdings" w:hint="default"/>
      </w:rPr>
    </w:lvl>
    <w:lvl w:ilvl="6" w:tplc="04090001" w:tentative="1">
      <w:start w:val="1"/>
      <w:numFmt w:val="bullet"/>
      <w:lvlText w:val=""/>
      <w:lvlJc w:val="left"/>
      <w:pPr>
        <w:ind w:left="3740" w:hanging="440"/>
      </w:pPr>
      <w:rPr>
        <w:rFonts w:ascii="Wingdings" w:hAnsi="Wingdings" w:hint="default"/>
      </w:rPr>
    </w:lvl>
    <w:lvl w:ilvl="7" w:tplc="04090003" w:tentative="1">
      <w:start w:val="1"/>
      <w:numFmt w:val="bullet"/>
      <w:lvlText w:val=""/>
      <w:lvlJc w:val="left"/>
      <w:pPr>
        <w:ind w:left="4180" w:hanging="440"/>
      </w:pPr>
      <w:rPr>
        <w:rFonts w:ascii="Wingdings" w:hAnsi="Wingdings" w:hint="default"/>
      </w:rPr>
    </w:lvl>
    <w:lvl w:ilvl="8" w:tplc="04090005" w:tentative="1">
      <w:start w:val="1"/>
      <w:numFmt w:val="bullet"/>
      <w:lvlText w:val=""/>
      <w:lvlJc w:val="left"/>
      <w:pPr>
        <w:ind w:left="4620" w:hanging="440"/>
      </w:pPr>
      <w:rPr>
        <w:rFonts w:ascii="Wingdings" w:hAnsi="Wingdings" w:hint="default"/>
      </w:rPr>
    </w:lvl>
  </w:abstractNum>
  <w:abstractNum w:abstractNumId="16" w15:restartNumberingAfterBreak="0">
    <w:nsid w:val="75E815D0"/>
    <w:multiLevelType w:val="multilevel"/>
    <w:tmpl w:val="FA623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4057774">
    <w:abstractNumId w:val="8"/>
  </w:num>
  <w:num w:numId="2" w16cid:durableId="1276061770">
    <w:abstractNumId w:val="6"/>
  </w:num>
  <w:num w:numId="3" w16cid:durableId="123626666">
    <w:abstractNumId w:val="5"/>
  </w:num>
  <w:num w:numId="4" w16cid:durableId="1309288763">
    <w:abstractNumId w:val="4"/>
  </w:num>
  <w:num w:numId="5" w16cid:durableId="699010191">
    <w:abstractNumId w:val="7"/>
  </w:num>
  <w:num w:numId="6" w16cid:durableId="1388919303">
    <w:abstractNumId w:val="3"/>
  </w:num>
  <w:num w:numId="7" w16cid:durableId="5524252">
    <w:abstractNumId w:val="2"/>
  </w:num>
  <w:num w:numId="8" w16cid:durableId="1073967318">
    <w:abstractNumId w:val="1"/>
  </w:num>
  <w:num w:numId="9" w16cid:durableId="1971470506">
    <w:abstractNumId w:val="0"/>
  </w:num>
  <w:num w:numId="10" w16cid:durableId="1203060960">
    <w:abstractNumId w:val="10"/>
  </w:num>
  <w:num w:numId="11" w16cid:durableId="34162077">
    <w:abstractNumId w:val="13"/>
  </w:num>
  <w:num w:numId="12" w16cid:durableId="55402212">
    <w:abstractNumId w:val="16"/>
  </w:num>
  <w:num w:numId="13" w16cid:durableId="114910694">
    <w:abstractNumId w:val="15"/>
  </w:num>
  <w:num w:numId="14" w16cid:durableId="1346706517">
    <w:abstractNumId w:val="11"/>
  </w:num>
  <w:num w:numId="15" w16cid:durableId="1692955994">
    <w:abstractNumId w:val="14"/>
  </w:num>
  <w:num w:numId="16" w16cid:durableId="1680159888">
    <w:abstractNumId w:val="12"/>
  </w:num>
  <w:num w:numId="17" w16cid:durableId="15011177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34ABD"/>
    <w:rsid w:val="00036A6A"/>
    <w:rsid w:val="0006063C"/>
    <w:rsid w:val="0011346C"/>
    <w:rsid w:val="0015074B"/>
    <w:rsid w:val="00172036"/>
    <w:rsid w:val="001A3973"/>
    <w:rsid w:val="002066CE"/>
    <w:rsid w:val="00207FAE"/>
    <w:rsid w:val="0029639D"/>
    <w:rsid w:val="002B3D71"/>
    <w:rsid w:val="00303EDA"/>
    <w:rsid w:val="00321DDC"/>
    <w:rsid w:val="00326F90"/>
    <w:rsid w:val="00363490"/>
    <w:rsid w:val="003B0B21"/>
    <w:rsid w:val="00402471"/>
    <w:rsid w:val="00462592"/>
    <w:rsid w:val="004B09C2"/>
    <w:rsid w:val="004F45D2"/>
    <w:rsid w:val="00502300"/>
    <w:rsid w:val="0058091E"/>
    <w:rsid w:val="005E297E"/>
    <w:rsid w:val="006147B6"/>
    <w:rsid w:val="006848A6"/>
    <w:rsid w:val="0069416F"/>
    <w:rsid w:val="006B2F6E"/>
    <w:rsid w:val="00707CA3"/>
    <w:rsid w:val="0079665C"/>
    <w:rsid w:val="007C2521"/>
    <w:rsid w:val="007C58C6"/>
    <w:rsid w:val="008344EA"/>
    <w:rsid w:val="008D7BFE"/>
    <w:rsid w:val="0091577F"/>
    <w:rsid w:val="00954592"/>
    <w:rsid w:val="009C0FA0"/>
    <w:rsid w:val="009E6594"/>
    <w:rsid w:val="00A065C8"/>
    <w:rsid w:val="00A1506B"/>
    <w:rsid w:val="00A76304"/>
    <w:rsid w:val="00AA1D8D"/>
    <w:rsid w:val="00AE3579"/>
    <w:rsid w:val="00B47730"/>
    <w:rsid w:val="00B553E2"/>
    <w:rsid w:val="00BF2363"/>
    <w:rsid w:val="00BF4ACE"/>
    <w:rsid w:val="00C465D8"/>
    <w:rsid w:val="00C7573A"/>
    <w:rsid w:val="00C8763B"/>
    <w:rsid w:val="00CB0664"/>
    <w:rsid w:val="00CD458C"/>
    <w:rsid w:val="00CE76A9"/>
    <w:rsid w:val="00D279ED"/>
    <w:rsid w:val="00D45F6E"/>
    <w:rsid w:val="00D65C7B"/>
    <w:rsid w:val="00D70A9B"/>
    <w:rsid w:val="00D9725F"/>
    <w:rsid w:val="00DE2535"/>
    <w:rsid w:val="00E17B4C"/>
    <w:rsid w:val="00E87FDD"/>
    <w:rsid w:val="00EE53CC"/>
    <w:rsid w:val="00FC693F"/>
    <w:rsid w:val="00FD12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F42CC3C"/>
  <w14:defaultImageDpi w14:val="300"/>
  <w15:docId w15:val="{64BD77E8-3D8F-4139-B4ED-4DE3B09E5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머리글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바닥글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제목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제목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제목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제목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부제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본문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본문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본문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매크로 텍스트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인용 Char"/>
    <w:basedOn w:val="a2"/>
    <w:link w:val="af"/>
    <w:uiPriority w:val="29"/>
    <w:rsid w:val="00FC693F"/>
    <w:rPr>
      <w:i/>
      <w:iCs/>
      <w:color w:val="000000" w:themeColor="text1"/>
    </w:rPr>
  </w:style>
  <w:style w:type="character" w:customStyle="1" w:styleId="4Char">
    <w:name w:val="제목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제목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제목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제목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제목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제목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강한 인용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9">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a">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c">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d">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e">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1">
    <w:name w:val="Revision"/>
    <w:hidden/>
    <w:uiPriority w:val="99"/>
    <w:semiHidden/>
    <w:rsid w:val="00AE3579"/>
    <w:pPr>
      <w:spacing w:after="0" w:line="240" w:lineRule="auto"/>
    </w:pPr>
  </w:style>
  <w:style w:type="character" w:styleId="aff2">
    <w:name w:val="annotation reference"/>
    <w:basedOn w:val="a2"/>
    <w:uiPriority w:val="99"/>
    <w:semiHidden/>
    <w:unhideWhenUsed/>
    <w:rsid w:val="0091577F"/>
    <w:rPr>
      <w:sz w:val="18"/>
      <w:szCs w:val="18"/>
    </w:rPr>
  </w:style>
  <w:style w:type="paragraph" w:styleId="aff3">
    <w:name w:val="annotation text"/>
    <w:basedOn w:val="a1"/>
    <w:link w:val="Char7"/>
    <w:uiPriority w:val="99"/>
    <w:unhideWhenUsed/>
    <w:rsid w:val="0091577F"/>
  </w:style>
  <w:style w:type="character" w:customStyle="1" w:styleId="Char7">
    <w:name w:val="메모 텍스트 Char"/>
    <w:basedOn w:val="a2"/>
    <w:link w:val="aff3"/>
    <w:uiPriority w:val="99"/>
    <w:rsid w:val="0091577F"/>
  </w:style>
  <w:style w:type="paragraph" w:styleId="aff4">
    <w:name w:val="annotation subject"/>
    <w:basedOn w:val="aff3"/>
    <w:next w:val="aff3"/>
    <w:link w:val="Char8"/>
    <w:uiPriority w:val="99"/>
    <w:semiHidden/>
    <w:unhideWhenUsed/>
    <w:rsid w:val="0091577F"/>
    <w:rPr>
      <w:b/>
      <w:bCs/>
    </w:rPr>
  </w:style>
  <w:style w:type="character" w:customStyle="1" w:styleId="Char8">
    <w:name w:val="메모 주제 Char"/>
    <w:basedOn w:val="Char7"/>
    <w:link w:val="aff4"/>
    <w:uiPriority w:val="99"/>
    <w:semiHidden/>
    <w:rsid w:val="0091577F"/>
    <w:rPr>
      <w:b/>
      <w:bCs/>
    </w:rPr>
  </w:style>
  <w:style w:type="paragraph" w:styleId="aff5">
    <w:name w:val="Normal (Web)"/>
    <w:basedOn w:val="a1"/>
    <w:uiPriority w:val="99"/>
    <w:semiHidden/>
    <w:unhideWhenUsed/>
    <w:rsid w:val="00B553E2"/>
    <w:pPr>
      <w:spacing w:before="100" w:beforeAutospacing="1" w:after="100" w:afterAutospacing="1" w:line="240" w:lineRule="auto"/>
    </w:pPr>
    <w:rPr>
      <w:rFonts w:ascii="굴림" w:eastAsia="굴림" w:hAnsi="굴림" w:cs="굴림"/>
      <w:sz w:val="24"/>
      <w:szCs w:val="24"/>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628</Words>
  <Characters>3586</Characters>
  <Application>Microsoft Office Word</Application>
  <DocSecurity>0</DocSecurity>
  <Lines>29</Lines>
  <Paragraphs>8</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4206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Ayeong Choi</cp:lastModifiedBy>
  <cp:revision>2</cp:revision>
  <dcterms:created xsi:type="dcterms:W3CDTF">2026-09-18T04:26:00Z</dcterms:created>
  <dcterms:modified xsi:type="dcterms:W3CDTF">2026-09-18T04:26:00Z</dcterms:modified>
  <cp:category/>
</cp:coreProperties>
</file>