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E7B44" w14:textId="066A3560" w:rsidR="00E17B4C" w:rsidRDefault="00EA5A05" w:rsidP="00864AB9">
      <w:pPr>
        <w:spacing w:line="240" w:lineRule="auto"/>
        <w:jc w:val="center"/>
        <w:rPr>
          <w:rFonts w:ascii="Arial" w:eastAsia="맑은 고딕" w:hAnsi="Arial"/>
          <w:b/>
          <w:color w:val="1B365D"/>
          <w:sz w:val="36"/>
          <w:lang w:eastAsia="ko-KR"/>
        </w:rPr>
      </w:pPr>
      <w:r w:rsidRPr="006E6FC3">
        <w:rPr>
          <w:rFonts w:ascii="Arial" w:eastAsia="맑은 고딕" w:hAnsi="Arial" w:hint="eastAsia"/>
          <w:b/>
          <w:color w:val="1B365D"/>
          <w:sz w:val="36"/>
          <w:lang w:eastAsia="ko-KR"/>
        </w:rPr>
        <w:t>Consulting Request</w:t>
      </w:r>
      <w:r w:rsidR="00E17B4C" w:rsidRPr="006E6FC3">
        <w:rPr>
          <w:rFonts w:ascii="Arial" w:hAnsi="Arial"/>
          <w:b/>
          <w:color w:val="1B365D"/>
          <w:sz w:val="36"/>
        </w:rPr>
        <w:t xml:space="preserve"> F</w:t>
      </w:r>
      <w:r w:rsidRPr="006E6FC3">
        <w:rPr>
          <w:rFonts w:ascii="Arial" w:eastAsia="맑은 고딕" w:hAnsi="Arial" w:hint="eastAsia"/>
          <w:b/>
          <w:color w:val="1B365D"/>
          <w:sz w:val="36"/>
          <w:lang w:eastAsia="ko-KR"/>
        </w:rPr>
        <w:t>orm</w:t>
      </w:r>
    </w:p>
    <w:p w14:paraId="7847905A" w14:textId="77777777" w:rsidR="0084415F" w:rsidRPr="00F44BD2" w:rsidRDefault="0084415F" w:rsidP="0084415F">
      <w:pPr>
        <w:jc w:val="center"/>
      </w:pPr>
    </w:p>
    <w:p w14:paraId="7325B1AB" w14:textId="1AE61F1C" w:rsidR="00E17B4C" w:rsidRPr="0000492C" w:rsidRDefault="0000492C" w:rsidP="0084415F">
      <w:pPr>
        <w:spacing w:after="0"/>
        <w:rPr>
          <w:rFonts w:ascii="Arial" w:hAnsi="Arial"/>
          <w:color w:val="4A5568"/>
          <w:sz w:val="20"/>
        </w:rPr>
      </w:pPr>
      <w:r>
        <w:rPr>
          <w:rFonts w:ascii="Arial" w:hAnsi="Arial"/>
          <w:color w:val="4A5568"/>
          <w:sz w:val="20"/>
        </w:rPr>
        <w:t>Thank you for your interest in our Shipyard Productivity Consulting Program. This program is designed to evaluate your current facility's operational efficiency, diagnose bottlenecks, and deliver a tailored productivity improvement roadmap, including a comprehensive consulting proposal and final reporting. Please complete this form to help us understand your specific project context.</w:t>
      </w:r>
    </w:p>
    <w:p w14:paraId="4875908D" w14:textId="387AF0F2" w:rsidR="0084415F" w:rsidRPr="00EA5A05" w:rsidRDefault="0084415F">
      <w:pPr>
        <w:rPr>
          <w:rFonts w:eastAsia="맑은 고딕" w:hint="eastAsia"/>
          <w:lang w:eastAsia="ko-KR"/>
        </w:rPr>
      </w:pPr>
    </w:p>
    <w:p w14:paraId="3D984E05" w14:textId="77777777" w:rsidR="006B2F6E" w:rsidRDefault="00CA4B2B">
      <w:pPr>
        <w:spacing w:before="240" w:after="120"/>
      </w:pPr>
      <w:r>
        <w:rPr>
          <w:rFonts w:ascii="Arial" w:hAnsi="Arial"/>
          <w:b/>
          <w:color w:val="1B365D"/>
          <w:sz w:val="24"/>
        </w:rPr>
        <w:t>1. COMPANY INFORMATION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598"/>
        <w:gridCol w:w="5752"/>
      </w:tblGrid>
      <w:tr w:rsidR="006B2F6E" w14:paraId="22B50598" w14:textId="77777777" w:rsidTr="00EA5A05">
        <w:trPr>
          <w:jc w:val="center"/>
        </w:trPr>
        <w:tc>
          <w:tcPr>
            <w:tcW w:w="359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F5F128" w14:textId="77777777" w:rsidR="006B2F6E" w:rsidRDefault="00CA4B2B" w:rsidP="004354F9">
            <w:pPr>
              <w:spacing w:after="0"/>
            </w:pPr>
            <w:r>
              <w:rPr>
                <w:b/>
                <w:sz w:val="20"/>
              </w:rPr>
              <w:t>Company Name &amp; Location (Address)</w:t>
            </w:r>
          </w:p>
        </w:tc>
        <w:tc>
          <w:tcPr>
            <w:tcW w:w="5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314F1D" w14:textId="77777777" w:rsidR="006B2F6E" w:rsidRPr="004354F9" w:rsidRDefault="006B2F6E" w:rsidP="004354F9">
            <w:pPr>
              <w:spacing w:after="0"/>
            </w:pPr>
          </w:p>
        </w:tc>
      </w:tr>
      <w:tr w:rsidR="00EA5A05" w14:paraId="35F968C3" w14:textId="77777777" w:rsidTr="00EA5A05">
        <w:trPr>
          <w:jc w:val="center"/>
        </w:trPr>
        <w:tc>
          <w:tcPr>
            <w:tcW w:w="359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0E6744" w14:textId="0E419B89" w:rsidR="00EA5A05" w:rsidRPr="00EA5A05" w:rsidRDefault="00EA5A05" w:rsidP="004354F9">
            <w:pPr>
              <w:spacing w:after="0"/>
              <w:rPr>
                <w:rFonts w:eastAsia="맑은 고딕"/>
                <w:b/>
                <w:sz w:val="20"/>
                <w:lang w:eastAsia="ko-KR"/>
              </w:rPr>
            </w:pPr>
            <w:r>
              <w:rPr>
                <w:rFonts w:eastAsia="맑은 고딕" w:hint="eastAsia"/>
                <w:b/>
                <w:sz w:val="20"/>
                <w:lang w:eastAsia="ko-KR"/>
              </w:rPr>
              <w:t>Entity Type</w:t>
            </w:r>
          </w:p>
        </w:tc>
        <w:tc>
          <w:tcPr>
            <w:tcW w:w="5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9C947D" w14:textId="47A558CE" w:rsidR="00EA5A05" w:rsidRPr="004354F9" w:rsidRDefault="00000000" w:rsidP="004354F9">
            <w:pPr>
              <w:spacing w:after="0"/>
              <w:rPr>
                <w:rFonts w:eastAsia="맑은 고딕"/>
                <w:b/>
                <w:lang w:eastAsia="ko-KR"/>
              </w:rPr>
            </w:pPr>
            <w:sdt>
              <w:sdtPr>
                <w:rPr>
                  <w:rFonts w:eastAsia="맑은 고딕"/>
                  <w:b/>
                  <w:lang w:eastAsia="ko-KR"/>
                </w:rPr>
                <w:id w:val="165264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5A05" w:rsidRPr="004354F9">
                  <w:rPr>
                    <w:rFonts w:ascii="MS Gothic" w:eastAsia="MS Gothic" w:hAnsi="MS Gothic" w:hint="eastAsia"/>
                    <w:b/>
                    <w:lang w:eastAsia="ko-KR"/>
                  </w:rPr>
                  <w:t>☐</w:t>
                </w:r>
              </w:sdtContent>
            </w:sdt>
            <w:r w:rsidR="00EA5A05" w:rsidRPr="004354F9">
              <w:rPr>
                <w:rFonts w:eastAsia="맑은 고딕" w:hint="eastAsia"/>
                <w:b/>
                <w:lang w:eastAsia="ko-KR"/>
              </w:rPr>
              <w:t xml:space="preserve"> Shipyard </w:t>
            </w:r>
            <w:proofErr w:type="gramStart"/>
            <w:r w:rsidR="00EA5A05" w:rsidRPr="004354F9">
              <w:rPr>
                <w:rFonts w:eastAsia="맑은 고딕" w:hint="eastAsia"/>
                <w:b/>
                <w:lang w:eastAsia="ko-KR"/>
              </w:rPr>
              <w:t xml:space="preserve">  /</w:t>
            </w:r>
            <w:proofErr w:type="gramEnd"/>
            <w:r w:rsidR="00376C19" w:rsidRPr="004354F9">
              <w:rPr>
                <w:rFonts w:eastAsia="맑은 고딕" w:hint="eastAsia"/>
                <w:b/>
                <w:lang w:eastAsia="ko-KR"/>
              </w:rPr>
              <w:t xml:space="preserve"> </w:t>
            </w:r>
            <w:r w:rsidR="00EA5A05" w:rsidRPr="004354F9">
              <w:rPr>
                <w:rFonts w:eastAsia="맑은 고딕" w:hint="eastAsia"/>
                <w:b/>
                <w:lang w:eastAsia="ko-KR"/>
              </w:rPr>
              <w:t xml:space="preserve"> </w:t>
            </w:r>
            <w:sdt>
              <w:sdtPr>
                <w:rPr>
                  <w:rFonts w:eastAsia="맑은 고딕"/>
                  <w:b/>
                  <w:lang w:eastAsia="ko-KR"/>
                </w:rPr>
                <w:id w:val="-31895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5A05" w:rsidRPr="004354F9">
                  <w:rPr>
                    <w:rFonts w:ascii="MS Gothic" w:eastAsia="MS Gothic" w:hAnsi="MS Gothic" w:hint="eastAsia"/>
                    <w:b/>
                    <w:lang w:eastAsia="ko-KR"/>
                  </w:rPr>
                  <w:t>☐</w:t>
                </w:r>
              </w:sdtContent>
            </w:sdt>
            <w:r w:rsidR="00EA5A05" w:rsidRPr="004354F9">
              <w:rPr>
                <w:rFonts w:eastAsia="맑은 고딕" w:hint="eastAsia"/>
                <w:b/>
                <w:lang w:eastAsia="ko-KR"/>
              </w:rPr>
              <w:t xml:space="preserve"> Subcontractor   </w:t>
            </w:r>
          </w:p>
        </w:tc>
      </w:tr>
      <w:tr w:rsidR="00EA5A05" w14:paraId="41193F97" w14:textId="77777777" w:rsidTr="00376C19">
        <w:trPr>
          <w:trHeight w:val="1332"/>
          <w:jc w:val="center"/>
        </w:trPr>
        <w:tc>
          <w:tcPr>
            <w:tcW w:w="359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95CC3E" w14:textId="3FCA756E" w:rsidR="00EA5A05" w:rsidRDefault="00EA5A05" w:rsidP="004354F9">
            <w:pPr>
              <w:spacing w:after="0"/>
              <w:rPr>
                <w:rFonts w:eastAsia="맑은 고딕"/>
                <w:b/>
                <w:sz w:val="20"/>
                <w:lang w:eastAsia="ko-KR"/>
              </w:rPr>
            </w:pPr>
            <w:r w:rsidRPr="00EA5A05">
              <w:rPr>
                <w:rFonts w:eastAsia="맑은 고딕"/>
                <w:b/>
                <w:sz w:val="20"/>
                <w:lang w:eastAsia="ko-KR"/>
              </w:rPr>
              <w:t>Facility Environment</w:t>
            </w:r>
          </w:p>
        </w:tc>
        <w:tc>
          <w:tcPr>
            <w:tcW w:w="5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F2E785" w14:textId="39F2F0D2" w:rsidR="00EA5A05" w:rsidRPr="004354F9" w:rsidRDefault="00000000" w:rsidP="004354F9">
            <w:pPr>
              <w:spacing w:after="0"/>
              <w:rPr>
                <w:rFonts w:eastAsia="맑은 고딕"/>
                <w:b/>
                <w:lang w:eastAsia="ko-KR"/>
              </w:rPr>
            </w:pPr>
            <w:sdt>
              <w:sdtPr>
                <w:rPr>
                  <w:rFonts w:eastAsia="맑은 고딕"/>
                  <w:b/>
                  <w:lang w:eastAsia="ko-KR"/>
                </w:rPr>
                <w:id w:val="48397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5A05" w:rsidRPr="004354F9">
                  <w:rPr>
                    <w:rFonts w:ascii="MS Gothic" w:eastAsia="MS Gothic" w:hAnsi="MS Gothic" w:hint="eastAsia"/>
                    <w:b/>
                    <w:lang w:eastAsia="ko-KR"/>
                  </w:rPr>
                  <w:t>☐</w:t>
                </w:r>
              </w:sdtContent>
            </w:sdt>
            <w:r w:rsidR="00EA5A05" w:rsidRPr="004354F9">
              <w:rPr>
                <w:rFonts w:eastAsia="맑은 고딕" w:hint="eastAsia"/>
                <w:b/>
                <w:lang w:eastAsia="ko-KR"/>
              </w:rPr>
              <w:t xml:space="preserve"> </w:t>
            </w:r>
            <w:proofErr w:type="gramStart"/>
            <w:r w:rsidR="00EA5A05" w:rsidRPr="004354F9">
              <w:rPr>
                <w:rFonts w:eastAsia="맑은 고딕" w:hint="eastAsia"/>
                <w:b/>
                <w:lang w:eastAsia="ko-KR"/>
              </w:rPr>
              <w:t>Greenfield(</w:t>
            </w:r>
            <w:proofErr w:type="gramEnd"/>
            <w:r w:rsidR="00EA5A05" w:rsidRPr="004354F9">
              <w:rPr>
                <w:rFonts w:eastAsia="맑은 고딕"/>
                <w:b/>
                <w:lang w:eastAsia="ko-KR"/>
              </w:rPr>
              <w:t>New shipyard construction, layout planning, advanced automation design</w:t>
            </w:r>
            <w:r w:rsidR="0000492C" w:rsidRPr="004354F9">
              <w:rPr>
                <w:rFonts w:eastAsia="맑은 고딕" w:hint="eastAsia"/>
                <w:b/>
                <w:lang w:eastAsia="ko-KR"/>
              </w:rPr>
              <w:t xml:space="preserve">, </w:t>
            </w:r>
            <w:proofErr w:type="gramStart"/>
            <w:r w:rsidR="0000492C" w:rsidRPr="004354F9">
              <w:rPr>
                <w:rFonts w:eastAsia="맑은 고딕" w:hint="eastAsia"/>
                <w:b/>
                <w:lang w:eastAsia="ko-KR"/>
              </w:rPr>
              <w:t xml:space="preserve">etc. </w:t>
            </w:r>
            <w:r w:rsidR="00EA5A05" w:rsidRPr="004354F9">
              <w:rPr>
                <w:rFonts w:eastAsia="맑은 고딕" w:hint="eastAsia"/>
                <w:b/>
                <w:lang w:eastAsia="ko-KR"/>
              </w:rPr>
              <w:t>)</w:t>
            </w:r>
            <w:proofErr w:type="gramEnd"/>
          </w:p>
          <w:p w14:paraId="00C92EE9" w14:textId="0099C0A9" w:rsidR="00EA5A05" w:rsidRPr="004354F9" w:rsidRDefault="00000000" w:rsidP="004354F9">
            <w:pPr>
              <w:spacing w:after="0"/>
              <w:rPr>
                <w:rFonts w:eastAsia="맑은 고딕"/>
                <w:b/>
                <w:lang w:eastAsia="ko-KR"/>
              </w:rPr>
            </w:pPr>
            <w:sdt>
              <w:sdtPr>
                <w:rPr>
                  <w:rFonts w:eastAsia="맑은 고딕" w:hint="eastAsia"/>
                  <w:b/>
                  <w:lang w:eastAsia="ko-KR"/>
                </w:rPr>
                <w:id w:val="32640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5A05" w:rsidRPr="004354F9">
                  <w:rPr>
                    <w:rFonts w:ascii="MS Gothic" w:eastAsia="MS Gothic" w:hAnsi="MS Gothic" w:hint="eastAsia"/>
                    <w:b/>
                    <w:lang w:eastAsia="ko-KR"/>
                  </w:rPr>
                  <w:t>☐</w:t>
                </w:r>
              </w:sdtContent>
            </w:sdt>
            <w:r w:rsidR="00EA5A05" w:rsidRPr="004354F9">
              <w:rPr>
                <w:rFonts w:eastAsia="맑은 고딕" w:hint="eastAsia"/>
                <w:b/>
                <w:lang w:eastAsia="ko-KR"/>
              </w:rPr>
              <w:t xml:space="preserve"> </w:t>
            </w:r>
            <w:proofErr w:type="gramStart"/>
            <w:r w:rsidR="00EA5A05" w:rsidRPr="004354F9">
              <w:rPr>
                <w:rFonts w:eastAsia="맑은 고딕" w:hint="eastAsia"/>
                <w:b/>
                <w:lang w:eastAsia="ko-KR"/>
              </w:rPr>
              <w:t>Brownfield(</w:t>
            </w:r>
            <w:proofErr w:type="gramEnd"/>
            <w:r w:rsidR="00EA5A05" w:rsidRPr="004354F9">
              <w:rPr>
                <w:rFonts w:eastAsia="맑은 고딕"/>
                <w:b/>
                <w:lang w:eastAsia="ko-KR"/>
              </w:rPr>
              <w:t>Existing facility modificat</w:t>
            </w:r>
            <w:r w:rsidR="00E91159" w:rsidRPr="004354F9">
              <w:rPr>
                <w:rFonts w:eastAsia="맑은 고딕" w:hint="eastAsia"/>
                <w:b/>
                <w:lang w:eastAsia="ko-KR"/>
              </w:rPr>
              <w:t>ion</w:t>
            </w:r>
            <w:r w:rsidR="00EA5A05" w:rsidRPr="004354F9">
              <w:rPr>
                <w:rFonts w:eastAsia="맑은 고딕"/>
                <w:b/>
                <w:lang w:eastAsia="ko-KR"/>
              </w:rPr>
              <w:t>, process restructuring, bottleneck diagnosis</w:t>
            </w:r>
            <w:r w:rsidR="00E91159" w:rsidRPr="004354F9">
              <w:rPr>
                <w:rFonts w:eastAsia="맑은 고딕" w:hint="eastAsia"/>
                <w:b/>
                <w:lang w:eastAsia="ko-KR"/>
              </w:rPr>
              <w:t>.</w:t>
            </w:r>
            <w:r w:rsidR="0000492C" w:rsidRPr="004354F9">
              <w:rPr>
                <w:rFonts w:eastAsia="맑은 고딕" w:hint="eastAsia"/>
                <w:b/>
                <w:lang w:eastAsia="ko-KR"/>
              </w:rPr>
              <w:t xml:space="preserve"> </w:t>
            </w:r>
            <w:r w:rsidR="00E91159" w:rsidRPr="004354F9">
              <w:rPr>
                <w:rFonts w:eastAsia="맑은 고딕"/>
                <w:b/>
                <w:lang w:eastAsia="ko-KR"/>
              </w:rPr>
              <w:t>E</w:t>
            </w:r>
            <w:r w:rsidR="0000492C" w:rsidRPr="004354F9">
              <w:rPr>
                <w:rFonts w:eastAsia="맑은 고딕" w:hint="eastAsia"/>
                <w:b/>
                <w:lang w:eastAsia="ko-KR"/>
              </w:rPr>
              <w:t>tc.</w:t>
            </w:r>
            <w:r w:rsidR="00EA5A05" w:rsidRPr="004354F9">
              <w:rPr>
                <w:rFonts w:eastAsia="맑은 고딕" w:hint="eastAsia"/>
                <w:b/>
                <w:lang w:eastAsia="ko-KR"/>
              </w:rPr>
              <w:t>)</w:t>
            </w:r>
          </w:p>
        </w:tc>
      </w:tr>
      <w:tr w:rsidR="006B2F6E" w14:paraId="5D7DD78E" w14:textId="77777777" w:rsidTr="00376C19">
        <w:trPr>
          <w:trHeight w:val="693"/>
          <w:jc w:val="center"/>
        </w:trPr>
        <w:tc>
          <w:tcPr>
            <w:tcW w:w="359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A46E04" w14:textId="77777777" w:rsidR="006B2F6E" w:rsidRDefault="00CA4B2B" w:rsidP="004354F9">
            <w:pPr>
              <w:spacing w:after="0"/>
            </w:pPr>
            <w:r>
              <w:rPr>
                <w:b/>
                <w:sz w:val="20"/>
              </w:rPr>
              <w:t>Authorized Representative (CEO/President)</w:t>
            </w:r>
          </w:p>
        </w:tc>
        <w:tc>
          <w:tcPr>
            <w:tcW w:w="5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1D421A" w14:textId="77777777" w:rsidR="006B2F6E" w:rsidRPr="004354F9" w:rsidRDefault="006B2F6E" w:rsidP="004354F9">
            <w:pPr>
              <w:spacing w:after="0"/>
              <w:rPr>
                <w:rFonts w:eastAsia="맑은 고딕"/>
                <w:lang w:eastAsia="ko-KR"/>
              </w:rPr>
            </w:pPr>
          </w:p>
        </w:tc>
      </w:tr>
      <w:tr w:rsidR="006B2F6E" w14:paraId="39FC73F2" w14:textId="77777777" w:rsidTr="00F44BD2">
        <w:trPr>
          <w:trHeight w:val="429"/>
          <w:jc w:val="center"/>
        </w:trPr>
        <w:tc>
          <w:tcPr>
            <w:tcW w:w="359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C342F2" w14:textId="77777777" w:rsidR="006B2F6E" w:rsidRDefault="00CA4B2B" w:rsidP="004354F9">
            <w:pPr>
              <w:spacing w:after="0"/>
            </w:pPr>
            <w:r>
              <w:rPr>
                <w:b/>
                <w:sz w:val="20"/>
              </w:rPr>
              <w:t>Company Size (No. of Employees / Annual Capacity)</w:t>
            </w:r>
          </w:p>
        </w:tc>
        <w:tc>
          <w:tcPr>
            <w:tcW w:w="5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EC0805" w14:textId="77777777" w:rsidR="006B2F6E" w:rsidRPr="004354F9" w:rsidRDefault="006B2F6E" w:rsidP="004354F9">
            <w:pPr>
              <w:spacing w:after="0"/>
            </w:pPr>
          </w:p>
        </w:tc>
      </w:tr>
      <w:tr w:rsidR="006B2F6E" w14:paraId="2D8D3F47" w14:textId="77777777" w:rsidTr="00F44BD2">
        <w:trPr>
          <w:trHeight w:val="27"/>
          <w:jc w:val="center"/>
        </w:trPr>
        <w:tc>
          <w:tcPr>
            <w:tcW w:w="359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AACC68" w14:textId="77777777" w:rsidR="006B2F6E" w:rsidRDefault="00CA4B2B" w:rsidP="004354F9">
            <w:pPr>
              <w:spacing w:after="0"/>
            </w:pPr>
            <w:r>
              <w:rPr>
                <w:b/>
                <w:sz w:val="20"/>
              </w:rPr>
              <w:t>Main Vessel Types / Core Products</w:t>
            </w:r>
          </w:p>
        </w:tc>
        <w:tc>
          <w:tcPr>
            <w:tcW w:w="57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FF272E" w14:textId="77777777" w:rsidR="006B2F6E" w:rsidRDefault="006B2F6E" w:rsidP="004354F9">
            <w:pPr>
              <w:spacing w:after="0"/>
              <w:rPr>
                <w:rFonts w:eastAsia="맑은 고딕"/>
                <w:lang w:eastAsia="ko-KR"/>
              </w:rPr>
            </w:pPr>
          </w:p>
          <w:p w14:paraId="13211235" w14:textId="77777777" w:rsidR="0034350D" w:rsidRDefault="0034350D" w:rsidP="004354F9">
            <w:pPr>
              <w:spacing w:after="0"/>
              <w:rPr>
                <w:rFonts w:eastAsia="맑은 고딕"/>
                <w:lang w:eastAsia="ko-KR"/>
              </w:rPr>
            </w:pPr>
          </w:p>
          <w:p w14:paraId="60C87C04" w14:textId="77777777" w:rsidR="0034350D" w:rsidRDefault="0034350D" w:rsidP="004354F9">
            <w:pPr>
              <w:spacing w:after="0"/>
              <w:rPr>
                <w:rFonts w:eastAsia="맑은 고딕"/>
                <w:lang w:eastAsia="ko-KR"/>
              </w:rPr>
            </w:pPr>
          </w:p>
          <w:p w14:paraId="02706988" w14:textId="77777777" w:rsidR="0034350D" w:rsidRPr="0034350D" w:rsidRDefault="0034350D" w:rsidP="004354F9">
            <w:pPr>
              <w:spacing w:after="0"/>
              <w:rPr>
                <w:rFonts w:eastAsia="맑은 고딕" w:hint="eastAsia"/>
                <w:lang w:eastAsia="ko-KR"/>
              </w:rPr>
            </w:pPr>
          </w:p>
        </w:tc>
      </w:tr>
    </w:tbl>
    <w:p w14:paraId="696C5E5D" w14:textId="595BAD5B" w:rsidR="00CA4B2B" w:rsidRPr="00376C19" w:rsidRDefault="00376C19" w:rsidP="00376C19">
      <w:pPr>
        <w:tabs>
          <w:tab w:val="left" w:pos="3045"/>
        </w:tabs>
        <w:spacing w:before="240" w:after="120"/>
        <w:rPr>
          <w:rFonts w:ascii="Arial" w:eastAsia="맑은 고딕" w:hAnsi="Arial" w:hint="eastAsia"/>
          <w:b/>
          <w:color w:val="1B365D"/>
          <w:sz w:val="2"/>
          <w:szCs w:val="2"/>
          <w:lang w:eastAsia="ko-KR"/>
        </w:rPr>
      </w:pPr>
      <w:r>
        <w:rPr>
          <w:rFonts w:ascii="Arial" w:eastAsia="맑은 고딕" w:hAnsi="Arial"/>
          <w:b/>
          <w:color w:val="1B365D"/>
          <w:sz w:val="24"/>
          <w:lang w:eastAsia="ko-KR"/>
        </w:rPr>
        <w:tab/>
      </w:r>
    </w:p>
    <w:p w14:paraId="1EC15B77" w14:textId="081DE10A" w:rsidR="006B2F6E" w:rsidRDefault="00CA4B2B">
      <w:pPr>
        <w:spacing w:before="240" w:after="120"/>
      </w:pPr>
      <w:r>
        <w:rPr>
          <w:rFonts w:ascii="Arial" w:hAnsi="Arial"/>
          <w:b/>
          <w:color w:val="1B365D"/>
          <w:sz w:val="24"/>
        </w:rPr>
        <w:t>2. CONTACT PERSON INFORMATION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580"/>
        <w:gridCol w:w="5726"/>
      </w:tblGrid>
      <w:tr w:rsidR="006B2F6E" w14:paraId="1BD80D49" w14:textId="77777777" w:rsidTr="00376C19">
        <w:trPr>
          <w:trHeight w:val="275"/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DEB872" w14:textId="77777777" w:rsidR="006B2F6E" w:rsidRDefault="00CA4B2B" w:rsidP="00376C19">
            <w:pPr>
              <w:spacing w:after="0"/>
            </w:pPr>
            <w:r>
              <w:rPr>
                <w:b/>
                <w:sz w:val="20"/>
              </w:rPr>
              <w:t>Full Name</w:t>
            </w:r>
          </w:p>
        </w:tc>
        <w:tc>
          <w:tcPr>
            <w:tcW w:w="572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56F3E9" w14:textId="77777777" w:rsidR="006B2F6E" w:rsidRDefault="006B2F6E" w:rsidP="00376C19">
            <w:pPr>
              <w:spacing w:after="0" w:line="240" w:lineRule="auto"/>
            </w:pPr>
          </w:p>
        </w:tc>
      </w:tr>
      <w:tr w:rsidR="006B2F6E" w14:paraId="40B9D9E4" w14:textId="77777777" w:rsidTr="00376C19">
        <w:trPr>
          <w:trHeight w:val="637"/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2629D" w14:textId="77777777" w:rsidR="006B2F6E" w:rsidRDefault="00CA4B2B" w:rsidP="00376C19">
            <w:pPr>
              <w:spacing w:after="0"/>
            </w:pPr>
            <w:r>
              <w:rPr>
                <w:b/>
                <w:sz w:val="20"/>
              </w:rPr>
              <w:t>Job Title / Department</w:t>
            </w:r>
          </w:p>
        </w:tc>
        <w:tc>
          <w:tcPr>
            <w:tcW w:w="572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0E0A9D" w14:textId="77777777" w:rsidR="006B2F6E" w:rsidRDefault="006B2F6E" w:rsidP="00376C19">
            <w:pPr>
              <w:spacing w:after="0" w:line="240" w:lineRule="auto"/>
            </w:pPr>
          </w:p>
        </w:tc>
      </w:tr>
      <w:tr w:rsidR="006B2F6E" w14:paraId="3E9EEB10" w14:textId="77777777" w:rsidTr="00376C19">
        <w:trPr>
          <w:trHeight w:val="492"/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E8C3CA" w14:textId="77777777" w:rsidR="006B2F6E" w:rsidRDefault="00CA4B2B" w:rsidP="00376C19">
            <w:pPr>
              <w:spacing w:after="0"/>
            </w:pPr>
            <w:r>
              <w:rPr>
                <w:b/>
                <w:sz w:val="20"/>
              </w:rPr>
              <w:t>Phone Number</w:t>
            </w:r>
          </w:p>
        </w:tc>
        <w:tc>
          <w:tcPr>
            <w:tcW w:w="572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ABEC8E" w14:textId="77777777" w:rsidR="006B2F6E" w:rsidRDefault="006B2F6E" w:rsidP="00376C19">
            <w:pPr>
              <w:spacing w:after="0" w:line="240" w:lineRule="auto"/>
            </w:pPr>
          </w:p>
        </w:tc>
      </w:tr>
      <w:tr w:rsidR="006B2F6E" w14:paraId="215CBBB6" w14:textId="77777777" w:rsidTr="00376C19">
        <w:trPr>
          <w:trHeight w:val="357"/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AC98BB" w14:textId="77777777" w:rsidR="006B2F6E" w:rsidRDefault="00CA4B2B" w:rsidP="00376C19">
            <w:pPr>
              <w:spacing w:after="0"/>
            </w:pPr>
            <w:r>
              <w:rPr>
                <w:b/>
                <w:sz w:val="20"/>
              </w:rPr>
              <w:t>Email Address</w:t>
            </w:r>
          </w:p>
        </w:tc>
        <w:tc>
          <w:tcPr>
            <w:tcW w:w="572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6C288F" w14:textId="77777777" w:rsidR="006B2F6E" w:rsidRDefault="006B2F6E" w:rsidP="00376C19">
            <w:pPr>
              <w:spacing w:after="0" w:line="240" w:lineRule="auto"/>
            </w:pPr>
          </w:p>
        </w:tc>
      </w:tr>
    </w:tbl>
    <w:p w14:paraId="7D99ECB6" w14:textId="579001F5" w:rsidR="006B2F6E" w:rsidRDefault="00CA4B2B">
      <w:pPr>
        <w:spacing w:before="240" w:after="120"/>
        <w:rPr>
          <w:rFonts w:ascii="Arial" w:eastAsia="맑은 고딕" w:hAnsi="Arial"/>
          <w:b/>
          <w:color w:val="1B365D"/>
          <w:sz w:val="24"/>
          <w:lang w:eastAsia="ko-KR"/>
        </w:rPr>
      </w:pPr>
      <w:r>
        <w:rPr>
          <w:rFonts w:ascii="Arial" w:hAnsi="Arial"/>
          <w:b/>
          <w:color w:val="1B365D"/>
          <w:sz w:val="24"/>
        </w:rPr>
        <w:lastRenderedPageBreak/>
        <w:t xml:space="preserve">3. </w:t>
      </w:r>
      <w:r w:rsidR="00D249F0">
        <w:rPr>
          <w:rFonts w:ascii="Arial" w:eastAsia="맑은 고딕" w:hAnsi="Arial" w:hint="eastAsia"/>
          <w:b/>
          <w:color w:val="1B365D"/>
          <w:sz w:val="24"/>
          <w:lang w:eastAsia="ko-KR"/>
        </w:rPr>
        <w:t xml:space="preserve">CURRENT STATUS &amp; CONSULTING SCOPE </w:t>
      </w:r>
    </w:p>
    <w:p w14:paraId="0968883A" w14:textId="7D2B6508" w:rsidR="00541531" w:rsidRDefault="00541531" w:rsidP="00541531">
      <w:pPr>
        <w:keepNext/>
        <w:spacing w:before="160" w:after="80"/>
      </w:pPr>
      <w:r>
        <w:rPr>
          <w:rFonts w:ascii="Arial" w:hAnsi="Arial"/>
          <w:b/>
          <w:color w:val="2D3748"/>
          <w:sz w:val="20"/>
        </w:rPr>
        <w:t>3.</w:t>
      </w:r>
      <w:r>
        <w:rPr>
          <w:rFonts w:ascii="Arial" w:eastAsia="맑은 고딕" w:hAnsi="Arial" w:hint="eastAsia"/>
          <w:b/>
          <w:color w:val="2D3748"/>
          <w:sz w:val="20"/>
          <w:lang w:eastAsia="ko-KR"/>
        </w:rPr>
        <w:t xml:space="preserve">1. </w:t>
      </w:r>
      <w:r>
        <w:rPr>
          <w:rFonts w:ascii="Arial" w:hAnsi="Arial"/>
          <w:b/>
          <w:color w:val="2D3748"/>
          <w:sz w:val="20"/>
        </w:rPr>
        <w:t>Primary Focus Areas for Productivity Improvement (Select all that apply)</w:t>
      </w:r>
    </w:p>
    <w:p w14:paraId="409C4E1F" w14:textId="77777777" w:rsidR="00541531" w:rsidRDefault="00541531" w:rsidP="00541531">
      <w:pPr>
        <w:spacing w:before="60" w:after="40"/>
        <w:ind w:left="216"/>
      </w:pPr>
      <w:proofErr w:type="gramStart"/>
      <w:r>
        <w:rPr>
          <w:rFonts w:ascii="Courier New" w:hAnsi="Courier New"/>
          <w:b/>
          <w:color w:val="4A5568"/>
          <w:sz w:val="21"/>
        </w:rPr>
        <w:t>[  ]</w:t>
      </w:r>
      <w:proofErr w:type="gramEnd"/>
      <w:r>
        <w:rPr>
          <w:rFonts w:ascii="Courier New" w:hAnsi="Courier New"/>
          <w:b/>
          <w:color w:val="4A5568"/>
          <w:sz w:val="21"/>
        </w:rPr>
        <w:t xml:space="preserve">  </w:t>
      </w:r>
      <w:r>
        <w:rPr>
          <w:rFonts w:ascii="Arial" w:hAnsi="Arial"/>
          <w:b/>
          <w:color w:val="2D3748"/>
          <w:sz w:val="20"/>
        </w:rPr>
        <w:t>Facility Layout &amp; Block Logistics Optimization</w:t>
      </w:r>
    </w:p>
    <w:p w14:paraId="476DD507" w14:textId="77777777" w:rsidR="00541531" w:rsidRDefault="00541531" w:rsidP="00541531">
      <w:pPr>
        <w:spacing w:before="60" w:after="40"/>
        <w:ind w:left="216"/>
      </w:pPr>
      <w:proofErr w:type="gramStart"/>
      <w:r>
        <w:rPr>
          <w:rFonts w:ascii="Courier New" w:hAnsi="Courier New"/>
          <w:b/>
          <w:color w:val="4A5568"/>
          <w:sz w:val="21"/>
        </w:rPr>
        <w:t>[  ]</w:t>
      </w:r>
      <w:proofErr w:type="gramEnd"/>
      <w:r>
        <w:rPr>
          <w:rFonts w:ascii="Courier New" w:hAnsi="Courier New"/>
          <w:b/>
          <w:color w:val="4A5568"/>
          <w:sz w:val="21"/>
        </w:rPr>
        <w:t xml:space="preserve">  </w:t>
      </w:r>
      <w:r>
        <w:rPr>
          <w:rFonts w:ascii="Arial" w:hAnsi="Arial"/>
          <w:b/>
          <w:color w:val="2D3748"/>
          <w:sz w:val="20"/>
        </w:rPr>
        <w:t>Smart Shipyard Automation &amp; Digitalization</w:t>
      </w:r>
    </w:p>
    <w:p w14:paraId="5B92383F" w14:textId="77777777" w:rsidR="00541531" w:rsidRDefault="00541531" w:rsidP="00541531">
      <w:pPr>
        <w:spacing w:before="60" w:after="40"/>
        <w:ind w:left="216"/>
      </w:pPr>
      <w:proofErr w:type="gramStart"/>
      <w:r>
        <w:rPr>
          <w:rFonts w:ascii="Courier New" w:hAnsi="Courier New"/>
          <w:b/>
          <w:color w:val="4A5568"/>
          <w:sz w:val="21"/>
        </w:rPr>
        <w:t>[  ]</w:t>
      </w:r>
      <w:proofErr w:type="gramEnd"/>
      <w:r>
        <w:rPr>
          <w:rFonts w:ascii="Courier New" w:hAnsi="Courier New"/>
          <w:b/>
          <w:color w:val="4A5568"/>
          <w:sz w:val="21"/>
        </w:rPr>
        <w:t xml:space="preserve">  </w:t>
      </w:r>
      <w:r>
        <w:rPr>
          <w:rFonts w:ascii="Arial" w:hAnsi="Arial"/>
          <w:b/>
          <w:color w:val="2D3748"/>
          <w:sz w:val="20"/>
        </w:rPr>
        <w:t>Production Planning &amp; Workforce Scheduling Efficiency</w:t>
      </w:r>
    </w:p>
    <w:p w14:paraId="1384A666" w14:textId="77777777" w:rsidR="00541531" w:rsidRDefault="00541531" w:rsidP="00541531">
      <w:pPr>
        <w:spacing w:before="60" w:after="40"/>
        <w:ind w:left="216"/>
      </w:pPr>
      <w:proofErr w:type="gramStart"/>
      <w:r>
        <w:rPr>
          <w:rFonts w:ascii="Courier New" w:hAnsi="Courier New"/>
          <w:b/>
          <w:color w:val="4A5568"/>
          <w:sz w:val="21"/>
        </w:rPr>
        <w:t>[  ]</w:t>
      </w:r>
      <w:proofErr w:type="gramEnd"/>
      <w:r>
        <w:rPr>
          <w:rFonts w:ascii="Courier New" w:hAnsi="Courier New"/>
          <w:b/>
          <w:color w:val="4A5568"/>
          <w:sz w:val="21"/>
        </w:rPr>
        <w:t xml:space="preserve">  </w:t>
      </w:r>
      <w:r>
        <w:rPr>
          <w:rFonts w:ascii="Arial" w:hAnsi="Arial"/>
          <w:b/>
          <w:color w:val="2D3748"/>
          <w:sz w:val="20"/>
        </w:rPr>
        <w:t>Supply Chain &amp; Outfitting Process Management</w:t>
      </w:r>
    </w:p>
    <w:p w14:paraId="3E6E6D57" w14:textId="65DD00BD" w:rsidR="00E17B4C" w:rsidRDefault="00541531" w:rsidP="00541531">
      <w:pPr>
        <w:spacing w:before="60" w:after="40"/>
        <w:ind w:left="216"/>
        <w:rPr>
          <w:rFonts w:eastAsia="맑은 고딕"/>
          <w:lang w:eastAsia="ko-KR"/>
        </w:rPr>
      </w:pPr>
      <w:proofErr w:type="gramStart"/>
      <w:r>
        <w:rPr>
          <w:rFonts w:ascii="Courier New" w:hAnsi="Courier New"/>
          <w:b/>
          <w:color w:val="4A5568"/>
          <w:sz w:val="21"/>
        </w:rPr>
        <w:t>[  ]</w:t>
      </w:r>
      <w:proofErr w:type="gramEnd"/>
      <w:r>
        <w:rPr>
          <w:rFonts w:ascii="Courier New" w:hAnsi="Courier New"/>
          <w:b/>
          <w:color w:val="4A5568"/>
          <w:sz w:val="21"/>
        </w:rPr>
        <w:t xml:space="preserve">  </w:t>
      </w:r>
      <w:r>
        <w:rPr>
          <w:rFonts w:ascii="Arial" w:hAnsi="Arial"/>
          <w:b/>
          <w:color w:val="2D3748"/>
          <w:sz w:val="20"/>
        </w:rPr>
        <w:t>Quality Control &amp; Modern Welding/Assembly Productivity</w:t>
      </w:r>
    </w:p>
    <w:p w14:paraId="26F30014" w14:textId="156FA34C" w:rsidR="0034350D" w:rsidRPr="00C05EE8" w:rsidRDefault="0034350D" w:rsidP="0034350D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proofErr w:type="gramStart"/>
      <w:r>
        <w:rPr>
          <w:rFonts w:ascii="Courier New" w:hAnsi="Courier New"/>
          <w:b/>
          <w:color w:val="4A5568"/>
          <w:sz w:val="21"/>
        </w:rPr>
        <w:t>[  ]</w:t>
      </w:r>
      <w:proofErr w:type="gramEnd"/>
      <w:r>
        <w:rPr>
          <w:rFonts w:ascii="Courier New" w:hAnsi="Courier New"/>
          <w:b/>
          <w:color w:val="4A5568"/>
          <w:sz w:val="21"/>
        </w:rPr>
        <w:t xml:space="preserve">  </w:t>
      </w:r>
      <w:r w:rsidRPr="00C05EE8">
        <w:rPr>
          <w:rFonts w:ascii="Arial" w:hAnsi="Arial"/>
          <w:b/>
          <w:color w:val="2D3748"/>
          <w:sz w:val="20"/>
        </w:rPr>
        <w:t>Other: __________________________________________________________</w:t>
      </w:r>
    </w:p>
    <w:p w14:paraId="39C5D4CD" w14:textId="77777777" w:rsidR="00541531" w:rsidRDefault="00541531" w:rsidP="00541531">
      <w:pPr>
        <w:spacing w:before="60" w:after="40"/>
        <w:ind w:left="216"/>
        <w:rPr>
          <w:rFonts w:eastAsia="맑은 고딕"/>
          <w:lang w:eastAsia="ko-KR"/>
        </w:rPr>
      </w:pPr>
    </w:p>
    <w:p w14:paraId="179F130D" w14:textId="69C42EA0" w:rsidR="00E34221" w:rsidRPr="00E34221" w:rsidRDefault="00541531" w:rsidP="00541531">
      <w:pPr>
        <w:keepNext/>
        <w:spacing w:before="160" w:after="80"/>
        <w:rPr>
          <w:rFonts w:ascii="Arial" w:hAnsi="Arial" w:hint="eastAsia"/>
          <w:b/>
          <w:color w:val="2D3748"/>
          <w:sz w:val="20"/>
        </w:rPr>
      </w:pPr>
      <w:r>
        <w:rPr>
          <w:rFonts w:ascii="Arial" w:hAnsi="Arial"/>
          <w:b/>
          <w:color w:val="2D3748"/>
          <w:sz w:val="20"/>
        </w:rPr>
        <w:t xml:space="preserve">3.2. Brief Description of Current Operational Bottlenecks </w:t>
      </w:r>
      <w:r w:rsidR="00E34221">
        <w:rPr>
          <w:rFonts w:ascii="맑은 고딕" w:eastAsia="맑은 고딕" w:hAnsi="맑은 고딕" w:cs="맑은 고딕" w:hint="eastAsia"/>
          <w:b/>
          <w:color w:val="2D3748"/>
          <w:sz w:val="20"/>
          <w:lang w:eastAsia="ko-KR"/>
        </w:rPr>
        <w:t>or challenges</w:t>
      </w:r>
      <w:r w:rsidR="0034350D">
        <w:rPr>
          <w:rFonts w:ascii="맑은 고딕" w:eastAsia="맑은 고딕" w:hAnsi="맑은 고딕" w:cs="맑은 고딕" w:hint="eastAsia"/>
          <w:b/>
          <w:color w:val="2D3748"/>
          <w:sz w:val="20"/>
          <w:lang w:eastAsia="ko-KR"/>
        </w:rPr>
        <w:t>.</w:t>
      </w:r>
      <w:r w:rsidR="00E34221">
        <w:rPr>
          <w:rFonts w:ascii="맑은 고딕" w:eastAsia="맑은 고딕" w:hAnsi="맑은 고딕" w:cs="맑은 고딕"/>
          <w:b/>
          <w:color w:val="2D3748"/>
          <w:sz w:val="20"/>
          <w:lang w:eastAsia="ko-KR"/>
        </w:rPr>
        <w:br/>
      </w:r>
      <w:r w:rsidR="00E34221" w:rsidRPr="00E34221">
        <w:rPr>
          <w:rFonts w:ascii="Arial" w:hAnsi="Arial"/>
          <w:b/>
          <w:color w:val="2D3748"/>
          <w:sz w:val="20"/>
        </w:rPr>
        <w:t>Please briefly describe the key operational challenges, bottlenecks, or issues that you would like to address through the consulting.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84"/>
      </w:tblGrid>
      <w:tr w:rsidR="00541531" w14:paraId="0020D92F" w14:textId="77777777" w:rsidTr="00C05EE8">
        <w:trPr>
          <w:trHeight w:val="2342"/>
        </w:trPr>
        <w:tc>
          <w:tcPr>
            <w:tcW w:w="9084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CFCFC"/>
          </w:tcPr>
          <w:p w14:paraId="6155EF83" w14:textId="77777777" w:rsidR="00541531" w:rsidRDefault="00541531" w:rsidP="004354F9">
            <w:pPr>
              <w:spacing w:after="0" w:line="240" w:lineRule="auto"/>
              <w:rPr>
                <w:rFonts w:asciiTheme="majorHAnsi" w:eastAsia="맑은 고딕" w:hAnsiTheme="majorHAnsi" w:cstheme="majorHAnsi"/>
                <w:lang w:eastAsia="ko-KR"/>
              </w:rPr>
            </w:pPr>
          </w:p>
          <w:p w14:paraId="7C75A5D0" w14:textId="77777777" w:rsidR="004354F9" w:rsidRDefault="004354F9" w:rsidP="004354F9">
            <w:pPr>
              <w:spacing w:after="0" w:line="240" w:lineRule="auto"/>
              <w:rPr>
                <w:rFonts w:asciiTheme="majorHAnsi" w:eastAsia="맑은 고딕" w:hAnsiTheme="majorHAnsi" w:cstheme="majorHAnsi"/>
                <w:lang w:eastAsia="ko-KR"/>
              </w:rPr>
            </w:pPr>
          </w:p>
          <w:p w14:paraId="34B674BF" w14:textId="77777777" w:rsidR="004354F9" w:rsidRDefault="004354F9" w:rsidP="004354F9">
            <w:pPr>
              <w:spacing w:after="0" w:line="240" w:lineRule="auto"/>
              <w:rPr>
                <w:rFonts w:asciiTheme="majorHAnsi" w:eastAsia="맑은 고딕" w:hAnsiTheme="majorHAnsi" w:cstheme="majorHAnsi"/>
                <w:lang w:eastAsia="ko-KR"/>
              </w:rPr>
            </w:pPr>
          </w:p>
          <w:p w14:paraId="43A2B003" w14:textId="77777777" w:rsidR="004354F9" w:rsidRDefault="004354F9" w:rsidP="004354F9">
            <w:pPr>
              <w:spacing w:after="0" w:line="240" w:lineRule="auto"/>
              <w:rPr>
                <w:rFonts w:asciiTheme="majorHAnsi" w:eastAsia="맑은 고딕" w:hAnsiTheme="majorHAnsi" w:cstheme="majorHAnsi"/>
                <w:lang w:eastAsia="ko-KR"/>
              </w:rPr>
            </w:pPr>
          </w:p>
          <w:p w14:paraId="6C4A470A" w14:textId="77777777" w:rsidR="004354F9" w:rsidRDefault="004354F9" w:rsidP="004354F9">
            <w:pPr>
              <w:spacing w:after="0" w:line="240" w:lineRule="auto"/>
              <w:rPr>
                <w:rFonts w:asciiTheme="majorHAnsi" w:eastAsia="맑은 고딕" w:hAnsiTheme="majorHAnsi" w:cstheme="majorHAnsi"/>
                <w:lang w:eastAsia="ko-KR"/>
              </w:rPr>
            </w:pPr>
          </w:p>
          <w:p w14:paraId="6A167BEF" w14:textId="77777777" w:rsidR="004354F9" w:rsidRDefault="004354F9" w:rsidP="004354F9">
            <w:pPr>
              <w:spacing w:after="0" w:line="240" w:lineRule="auto"/>
              <w:rPr>
                <w:rFonts w:asciiTheme="majorHAnsi" w:eastAsia="맑은 고딕" w:hAnsiTheme="majorHAnsi" w:cstheme="majorHAnsi"/>
                <w:lang w:eastAsia="ko-KR"/>
              </w:rPr>
            </w:pPr>
          </w:p>
          <w:p w14:paraId="27CC99C4" w14:textId="77777777" w:rsidR="004354F9" w:rsidRDefault="004354F9" w:rsidP="004354F9">
            <w:pPr>
              <w:spacing w:after="0" w:line="240" w:lineRule="auto"/>
              <w:rPr>
                <w:rFonts w:asciiTheme="majorHAnsi" w:eastAsia="맑은 고딕" w:hAnsiTheme="majorHAnsi" w:cstheme="majorHAnsi" w:hint="eastAsia"/>
                <w:lang w:eastAsia="ko-KR"/>
              </w:rPr>
            </w:pPr>
          </w:p>
          <w:p w14:paraId="2134C2C6" w14:textId="77777777" w:rsidR="004354F9" w:rsidRPr="004354F9" w:rsidRDefault="004354F9" w:rsidP="004354F9">
            <w:pPr>
              <w:spacing w:after="0" w:line="240" w:lineRule="auto"/>
              <w:rPr>
                <w:rFonts w:asciiTheme="majorHAnsi" w:eastAsia="맑은 고딕" w:hAnsiTheme="majorHAnsi" w:cstheme="majorHAnsi" w:hint="eastAsia"/>
                <w:lang w:eastAsia="ko-KR"/>
              </w:rPr>
            </w:pPr>
          </w:p>
        </w:tc>
      </w:tr>
    </w:tbl>
    <w:p w14:paraId="1B80F49C" w14:textId="77777777" w:rsidR="00C05EE8" w:rsidRDefault="00C05EE8" w:rsidP="00C05EE8">
      <w:pPr>
        <w:spacing w:before="60" w:after="40"/>
        <w:rPr>
          <w:rFonts w:eastAsia="맑은 고딕"/>
          <w:lang w:eastAsia="ko-KR"/>
        </w:rPr>
      </w:pPr>
    </w:p>
    <w:p w14:paraId="219337AB" w14:textId="323C931A" w:rsidR="00C05EE8" w:rsidRPr="00C05EE8" w:rsidRDefault="00C05EE8" w:rsidP="00C05EE8">
      <w:pPr>
        <w:keepNext/>
        <w:spacing w:before="160" w:after="80"/>
        <w:rPr>
          <w:rFonts w:ascii="Arial" w:eastAsia="맑은 고딕" w:hAnsi="Arial"/>
          <w:b/>
          <w:color w:val="2D3748"/>
          <w:sz w:val="20"/>
          <w:lang w:eastAsia="ko-KR"/>
        </w:rPr>
      </w:pPr>
      <w:r w:rsidRPr="00C05EE8">
        <w:rPr>
          <w:rFonts w:ascii="Arial" w:hAnsi="Arial"/>
          <w:b/>
          <w:color w:val="2D3748"/>
          <w:sz w:val="20"/>
        </w:rPr>
        <w:t>3.3 Consulting Objectives &amp; Expected Outcomes</w:t>
      </w:r>
      <w:r>
        <w:rPr>
          <w:rFonts w:ascii="Arial" w:eastAsia="맑은 고딕" w:hAnsi="Arial" w:hint="eastAsia"/>
          <w:b/>
          <w:color w:val="2D3748"/>
          <w:sz w:val="20"/>
          <w:lang w:eastAsia="ko-KR"/>
        </w:rPr>
        <w:t>.</w:t>
      </w:r>
      <w:r>
        <w:rPr>
          <w:rFonts w:ascii="Arial" w:eastAsia="맑은 고딕" w:hAnsi="Arial"/>
          <w:b/>
          <w:color w:val="2D3748"/>
          <w:sz w:val="20"/>
          <w:lang w:eastAsia="ko-KR"/>
        </w:rPr>
        <w:br/>
      </w:r>
      <w:r w:rsidRPr="00C05EE8">
        <w:rPr>
          <w:rFonts w:ascii="Arial" w:hAnsi="Arial"/>
          <w:b/>
          <w:color w:val="2D3748"/>
          <w:sz w:val="20"/>
        </w:rPr>
        <w:t>Please describe the key objectives or improvements your company expects from the consulting.</w:t>
      </w:r>
    </w:p>
    <w:p w14:paraId="27CB58DD" w14:textId="58E425D5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Improved production productivity</w:t>
      </w:r>
    </w:p>
    <w:p w14:paraId="3F1CE389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Reduced production lead time</w:t>
      </w:r>
    </w:p>
    <w:p w14:paraId="5251E306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Improved work efficiency</w:t>
      </w:r>
    </w:p>
    <w:p w14:paraId="2A7F385E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Reduced production costs</w:t>
      </w:r>
    </w:p>
    <w:p w14:paraId="6DA24A28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Improved production processes / workflow</w:t>
      </w:r>
    </w:p>
    <w:p w14:paraId="0603E2D6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Improved facility or equipment utilization</w:t>
      </w:r>
    </w:p>
    <w:p w14:paraId="5E21DA6C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Improved workforce utilization</w:t>
      </w:r>
    </w:p>
    <w:p w14:paraId="53C5414B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Technology / automation improvement</w:t>
      </w:r>
    </w:p>
    <w:p w14:paraId="5166AED7" w14:textId="77777777" w:rsidR="00C05EE8" w:rsidRPr="00C05EE8" w:rsidRDefault="00C05EE8" w:rsidP="00C05EE8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C05EE8">
        <w:rPr>
          <w:rFonts w:ascii="Segoe UI Symbol" w:hAnsi="Segoe UI Symbol" w:cs="Segoe UI Symbol"/>
          <w:b/>
          <w:color w:val="2D3748"/>
          <w:sz w:val="20"/>
        </w:rPr>
        <w:t>☐</w:t>
      </w:r>
      <w:r w:rsidRPr="00C05EE8">
        <w:rPr>
          <w:rFonts w:ascii="Arial" w:hAnsi="Arial"/>
          <w:b/>
          <w:color w:val="2D3748"/>
          <w:sz w:val="20"/>
        </w:rPr>
        <w:t xml:space="preserve"> Other: ________________________________________</w:t>
      </w:r>
    </w:p>
    <w:p w14:paraId="537EDAB1" w14:textId="77777777" w:rsidR="00C05EE8" w:rsidRDefault="00C05EE8" w:rsidP="00C05EE8">
      <w:pPr>
        <w:spacing w:before="60" w:after="40"/>
        <w:ind w:left="216"/>
        <w:rPr>
          <w:rFonts w:ascii="Arial" w:eastAsia="맑은 고딕" w:hAnsi="Arial"/>
          <w:b/>
          <w:color w:val="2D3748"/>
          <w:sz w:val="20"/>
          <w:lang w:eastAsia="ko-KR"/>
        </w:rPr>
      </w:pPr>
    </w:p>
    <w:p w14:paraId="11E67776" w14:textId="3BEB68B2" w:rsidR="00C05EE8" w:rsidRPr="00C05EE8" w:rsidRDefault="00C05EE8" w:rsidP="00C05EE8">
      <w:pPr>
        <w:spacing w:before="60" w:after="40"/>
        <w:ind w:left="216"/>
        <w:rPr>
          <w:rFonts w:ascii="Arial" w:eastAsia="맑은 고딕" w:hAnsi="Arial" w:hint="eastAsia"/>
          <w:b/>
          <w:color w:val="2D3748"/>
          <w:sz w:val="20"/>
          <w:lang w:eastAsia="ko-KR"/>
        </w:rPr>
      </w:pPr>
      <w:r w:rsidRPr="00C05EE8">
        <w:rPr>
          <w:rFonts w:ascii="Arial" w:hAnsi="Arial"/>
          <w:b/>
          <w:color w:val="2D3748"/>
          <w:sz w:val="20"/>
        </w:rPr>
        <w:t>Additional Comments: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84"/>
      </w:tblGrid>
      <w:tr w:rsidR="00C05EE8" w14:paraId="6372A8AA" w14:textId="77777777" w:rsidTr="00C05EE8">
        <w:trPr>
          <w:trHeight w:val="1030"/>
        </w:trPr>
        <w:tc>
          <w:tcPr>
            <w:tcW w:w="9084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CFCFC"/>
          </w:tcPr>
          <w:p w14:paraId="66DCC3EC" w14:textId="77777777" w:rsidR="00C05EE8" w:rsidRDefault="00C05EE8" w:rsidP="00DA4A31">
            <w:pPr>
              <w:spacing w:after="0" w:line="240" w:lineRule="auto"/>
              <w:rPr>
                <w:rFonts w:asciiTheme="majorHAnsi" w:eastAsia="맑은 고딕" w:hAnsiTheme="majorHAnsi" w:cstheme="majorHAnsi"/>
                <w:sz w:val="20"/>
                <w:szCs w:val="20"/>
                <w:lang w:eastAsia="ko-KR"/>
              </w:rPr>
            </w:pPr>
          </w:p>
          <w:p w14:paraId="70F21969" w14:textId="77777777" w:rsidR="00E34221" w:rsidRDefault="00E34221" w:rsidP="00DA4A31">
            <w:pPr>
              <w:spacing w:after="0" w:line="240" w:lineRule="auto"/>
              <w:rPr>
                <w:rFonts w:asciiTheme="majorHAnsi" w:eastAsia="맑은 고딕" w:hAnsiTheme="majorHAnsi" w:cstheme="majorHAnsi"/>
                <w:sz w:val="20"/>
                <w:szCs w:val="20"/>
                <w:lang w:eastAsia="ko-KR"/>
              </w:rPr>
            </w:pPr>
          </w:p>
          <w:p w14:paraId="45BE85F7" w14:textId="77777777" w:rsidR="00E34221" w:rsidRPr="00E34221" w:rsidRDefault="00E34221" w:rsidP="00DA4A31">
            <w:pPr>
              <w:spacing w:after="0" w:line="240" w:lineRule="auto"/>
              <w:rPr>
                <w:rFonts w:asciiTheme="majorHAnsi" w:eastAsia="맑은 고딕" w:hAnsiTheme="majorHAnsi" w:cstheme="majorHAnsi" w:hint="eastAsia"/>
                <w:sz w:val="20"/>
                <w:szCs w:val="20"/>
                <w:lang w:eastAsia="ko-KR"/>
              </w:rPr>
            </w:pPr>
          </w:p>
          <w:p w14:paraId="3E5524D4" w14:textId="77777777" w:rsidR="00C05EE8" w:rsidRPr="00E34221" w:rsidRDefault="00C05EE8" w:rsidP="00DA4A31">
            <w:pPr>
              <w:spacing w:after="0" w:line="240" w:lineRule="auto"/>
              <w:rPr>
                <w:rFonts w:asciiTheme="majorHAnsi" w:eastAsia="맑은 고딕" w:hAnsiTheme="majorHAnsi" w:cstheme="majorHAnsi"/>
                <w:sz w:val="20"/>
                <w:szCs w:val="20"/>
                <w:lang w:eastAsia="ko-KR"/>
              </w:rPr>
            </w:pPr>
          </w:p>
        </w:tc>
      </w:tr>
    </w:tbl>
    <w:p w14:paraId="79F0F3E9" w14:textId="14F6C6E1" w:rsidR="007B4FD2" w:rsidRPr="007B4FD2" w:rsidRDefault="007B4FD2" w:rsidP="007B4FD2">
      <w:pPr>
        <w:keepNext/>
        <w:spacing w:before="160" w:after="80"/>
        <w:rPr>
          <w:rFonts w:ascii="Arial" w:hAnsi="Arial"/>
          <w:b/>
          <w:color w:val="2D3748"/>
          <w:sz w:val="20"/>
        </w:rPr>
      </w:pPr>
      <w:r>
        <w:rPr>
          <w:rFonts w:ascii="Arial" w:hAnsi="Arial"/>
          <w:b/>
          <w:color w:val="2D3748"/>
          <w:sz w:val="20"/>
        </w:rPr>
        <w:lastRenderedPageBreak/>
        <w:t>3.</w:t>
      </w:r>
      <w:r w:rsidR="00C05EE8">
        <w:rPr>
          <w:rFonts w:ascii="Arial" w:eastAsia="맑은 고딕" w:hAnsi="Arial" w:hint="eastAsia"/>
          <w:b/>
          <w:color w:val="2D3748"/>
          <w:sz w:val="20"/>
          <w:lang w:eastAsia="ko-KR"/>
        </w:rPr>
        <w:t>4</w:t>
      </w:r>
      <w:r>
        <w:rPr>
          <w:rFonts w:ascii="Arial" w:hAnsi="Arial"/>
          <w:b/>
          <w:color w:val="2D3748"/>
          <w:sz w:val="20"/>
        </w:rPr>
        <w:t xml:space="preserve">. </w:t>
      </w:r>
      <w:r w:rsidRPr="007B4FD2">
        <w:rPr>
          <w:rFonts w:ascii="Arial" w:hAnsi="Arial"/>
          <w:b/>
          <w:bCs/>
          <w:color w:val="2D3748"/>
          <w:sz w:val="20"/>
        </w:rPr>
        <w:t>Preferred Consulting Schedule</w:t>
      </w:r>
      <w:r w:rsidRPr="007B4FD2">
        <w:rPr>
          <w:rFonts w:ascii="Arial" w:hAnsi="Arial"/>
          <w:b/>
          <w:color w:val="2D3748"/>
          <w:sz w:val="20"/>
        </w:rPr>
        <w:br/>
        <w:t>Please indicate your preferred timing and duration for the on-site consulting.</w:t>
      </w:r>
    </w:p>
    <w:p w14:paraId="40EA052A" w14:textId="32204DE6" w:rsidR="00C05EE8" w:rsidRDefault="007B4FD2" w:rsidP="00AB312F">
      <w:pPr>
        <w:spacing w:before="60" w:after="40"/>
        <w:ind w:left="216"/>
        <w:rPr>
          <w:rFonts w:ascii="Arial" w:eastAsia="맑은 고딕" w:hAnsi="Arial"/>
          <w:b/>
          <w:color w:val="2D3748"/>
          <w:sz w:val="20"/>
          <w:lang w:eastAsia="ko-KR"/>
        </w:rPr>
      </w:pPr>
      <w:r w:rsidRPr="007B4FD2">
        <w:rPr>
          <w:rFonts w:ascii="Arial" w:hAnsi="Arial"/>
          <w:b/>
          <w:color w:val="2D3748"/>
          <w:sz w:val="20"/>
        </w:rPr>
        <w:t>Preferred Period</w:t>
      </w:r>
      <w:r w:rsidR="0034350D">
        <w:rPr>
          <w:rFonts w:ascii="Arial" w:eastAsia="맑은 고딕" w:hAnsi="Arial" w:hint="eastAsia"/>
          <w:b/>
          <w:color w:val="2D3748"/>
          <w:sz w:val="20"/>
          <w:lang w:eastAsia="ko-KR"/>
        </w:rPr>
        <w:t>/Duration</w:t>
      </w:r>
      <w:r w:rsidRPr="007B4FD2">
        <w:rPr>
          <w:rFonts w:ascii="Arial" w:hAnsi="Arial"/>
          <w:b/>
          <w:color w:val="2D3748"/>
          <w:sz w:val="20"/>
        </w:rPr>
        <w:t>: ____</w:t>
      </w:r>
      <w:r w:rsidR="00E34221" w:rsidRPr="007B4FD2">
        <w:rPr>
          <w:rFonts w:ascii="Arial" w:hAnsi="Arial"/>
          <w:b/>
          <w:color w:val="2D3748"/>
          <w:sz w:val="20"/>
        </w:rPr>
        <w:t>__________________</w:t>
      </w:r>
      <w:r w:rsidRPr="007B4FD2">
        <w:rPr>
          <w:rFonts w:ascii="Arial" w:hAnsi="Arial"/>
          <w:b/>
          <w:color w:val="2D3748"/>
          <w:sz w:val="20"/>
        </w:rPr>
        <w:t>____________</w:t>
      </w:r>
      <w:r w:rsidRPr="007B4FD2">
        <w:rPr>
          <w:rFonts w:ascii="Arial" w:hAnsi="Arial"/>
          <w:b/>
          <w:color w:val="2D3748"/>
          <w:sz w:val="20"/>
        </w:rPr>
        <w:br/>
        <w:t xml:space="preserve">Preferred </w:t>
      </w:r>
      <w:r w:rsidR="0034350D">
        <w:rPr>
          <w:rFonts w:ascii="Arial" w:eastAsia="맑은 고딕" w:hAnsi="Arial" w:hint="eastAsia"/>
          <w:b/>
          <w:color w:val="2D3748"/>
          <w:sz w:val="20"/>
          <w:lang w:eastAsia="ko-KR"/>
        </w:rPr>
        <w:t>Start Date</w:t>
      </w:r>
      <w:r w:rsidRPr="007B4FD2">
        <w:rPr>
          <w:rFonts w:ascii="Arial" w:hAnsi="Arial"/>
          <w:b/>
          <w:color w:val="2D3748"/>
          <w:sz w:val="20"/>
        </w:rPr>
        <w:t>: ___</w:t>
      </w:r>
      <w:r w:rsidR="00E34221" w:rsidRPr="007B4FD2">
        <w:rPr>
          <w:rFonts w:ascii="Arial" w:hAnsi="Arial"/>
          <w:b/>
          <w:color w:val="2D3748"/>
          <w:sz w:val="20"/>
        </w:rPr>
        <w:t>_____________</w:t>
      </w:r>
      <w:r w:rsidRPr="007B4FD2">
        <w:rPr>
          <w:rFonts w:ascii="Arial" w:hAnsi="Arial"/>
          <w:b/>
          <w:color w:val="2D3748"/>
          <w:sz w:val="20"/>
        </w:rPr>
        <w:t>____</w:t>
      </w:r>
      <w:r w:rsidR="0034350D" w:rsidRPr="007B4FD2">
        <w:rPr>
          <w:rFonts w:ascii="Arial" w:hAnsi="Arial"/>
          <w:b/>
          <w:color w:val="2D3748"/>
          <w:sz w:val="20"/>
        </w:rPr>
        <w:t>____________</w:t>
      </w:r>
      <w:r w:rsidRPr="007B4FD2">
        <w:rPr>
          <w:rFonts w:ascii="Arial" w:hAnsi="Arial"/>
          <w:b/>
          <w:color w:val="2D3748"/>
          <w:sz w:val="20"/>
        </w:rPr>
        <w:t>_______</w:t>
      </w:r>
    </w:p>
    <w:p w14:paraId="31CC096F" w14:textId="77777777" w:rsidR="00AB312F" w:rsidRDefault="00AB312F" w:rsidP="00E34221">
      <w:pPr>
        <w:spacing w:before="60" w:after="40"/>
        <w:rPr>
          <w:rFonts w:ascii="Arial" w:eastAsia="맑은 고딕" w:hAnsi="Arial"/>
          <w:b/>
          <w:color w:val="2D3748"/>
          <w:sz w:val="20"/>
          <w:lang w:eastAsia="ko-KR"/>
        </w:rPr>
      </w:pPr>
    </w:p>
    <w:p w14:paraId="5CFE7041" w14:textId="77777777" w:rsidR="0034350D" w:rsidRPr="00E34221" w:rsidRDefault="0034350D" w:rsidP="00E34221">
      <w:pPr>
        <w:spacing w:before="60" w:after="40"/>
        <w:rPr>
          <w:rFonts w:ascii="Arial" w:eastAsia="맑은 고딕" w:hAnsi="Arial" w:hint="eastAsia"/>
          <w:b/>
          <w:color w:val="2D3748"/>
          <w:sz w:val="20"/>
          <w:lang w:eastAsia="ko-KR"/>
        </w:rPr>
      </w:pPr>
    </w:p>
    <w:p w14:paraId="164036D7" w14:textId="01ACFE89" w:rsidR="00376C19" w:rsidRDefault="00376C19">
      <w:pPr>
        <w:spacing w:before="240" w:after="120"/>
        <w:rPr>
          <w:rFonts w:ascii="Arial" w:eastAsia="맑은 고딕" w:hAnsi="Arial" w:hint="eastAsia"/>
          <w:b/>
          <w:color w:val="1B365D"/>
          <w:sz w:val="24"/>
          <w:lang w:eastAsia="ko-KR"/>
        </w:rPr>
      </w:pPr>
      <w:r>
        <w:rPr>
          <w:rFonts w:ascii="Arial" w:eastAsia="맑은 고딕" w:hAnsi="Arial" w:hint="eastAsia"/>
          <w:b/>
          <w:color w:val="1B365D"/>
          <w:sz w:val="24"/>
          <w:lang w:eastAsia="ko-KR"/>
        </w:rPr>
        <w:t xml:space="preserve">4. </w:t>
      </w:r>
      <w:r w:rsidRPr="00376C19">
        <w:rPr>
          <w:rFonts w:ascii="Arial" w:eastAsia="맑은 고딕" w:hAnsi="Arial"/>
          <w:b/>
          <w:color w:val="1B365D"/>
          <w:sz w:val="24"/>
          <w:lang w:eastAsia="ko-KR"/>
        </w:rPr>
        <w:t>Additional Support and Cooperation</w:t>
      </w:r>
    </w:p>
    <w:p w14:paraId="051B46AA" w14:textId="02728F53" w:rsidR="00376C19" w:rsidRDefault="00376C19" w:rsidP="00376C19">
      <w:pPr>
        <w:keepNext/>
        <w:spacing w:before="160" w:after="80"/>
        <w:rPr>
          <w:rFonts w:ascii="Arial" w:eastAsia="맑은 고딕" w:hAnsi="Arial"/>
          <w:b/>
          <w:color w:val="2D3748"/>
          <w:sz w:val="20"/>
          <w:lang w:eastAsia="ko-KR"/>
        </w:rPr>
      </w:pPr>
      <w:r>
        <w:rPr>
          <w:rFonts w:ascii="Arial" w:eastAsia="맑은 고딕" w:hAnsi="Arial" w:hint="eastAsia"/>
          <w:b/>
          <w:color w:val="2D3748"/>
          <w:sz w:val="20"/>
          <w:lang w:eastAsia="ko-KR"/>
        </w:rPr>
        <w:t xml:space="preserve">4.1. </w:t>
      </w:r>
      <w:r w:rsidRPr="00376C19">
        <w:rPr>
          <w:rFonts w:ascii="Arial" w:hAnsi="Arial"/>
          <w:b/>
          <w:color w:val="2D3748"/>
          <w:sz w:val="20"/>
        </w:rPr>
        <w:t>Consent to Introduction of Korean Equipment and Materials Suppliers</w:t>
      </w:r>
      <w:r w:rsidRPr="00376C19">
        <w:rPr>
          <w:rFonts w:ascii="Arial" w:hAnsi="Arial"/>
          <w:b/>
          <w:color w:val="2D3748"/>
          <w:sz w:val="20"/>
        </w:rPr>
        <w:br/>
        <w:t xml:space="preserve">If equipment or facility upgrades or replacement </w:t>
      </w:r>
      <w:proofErr w:type="gramStart"/>
      <w:r w:rsidRPr="00376C19">
        <w:rPr>
          <w:rFonts w:ascii="Arial" w:hAnsi="Arial"/>
          <w:b/>
          <w:color w:val="2D3748"/>
          <w:sz w:val="20"/>
        </w:rPr>
        <w:t>are</w:t>
      </w:r>
      <w:proofErr w:type="gramEnd"/>
      <w:r w:rsidRPr="00376C19">
        <w:rPr>
          <w:rFonts w:ascii="Arial" w:hAnsi="Arial"/>
          <w:b/>
          <w:color w:val="2D3748"/>
          <w:sz w:val="20"/>
        </w:rPr>
        <w:t xml:space="preserve"> planned as a result of the consulting, do you agree to receive introductions to relevant Korean equipment and materials suppliers?</w:t>
      </w:r>
    </w:p>
    <w:p w14:paraId="033E1701" w14:textId="00052436" w:rsidR="00376C19" w:rsidRDefault="00376C19" w:rsidP="00376C19">
      <w:pPr>
        <w:spacing w:before="60" w:after="40"/>
        <w:ind w:left="216"/>
        <w:rPr>
          <w:rFonts w:ascii="Arial" w:eastAsia="맑은 고딕" w:hAnsi="Arial" w:hint="eastAsia"/>
          <w:b/>
          <w:color w:val="2D3748"/>
          <w:sz w:val="20"/>
          <w:lang w:eastAsia="ko-KR"/>
        </w:rPr>
      </w:pPr>
      <w:r w:rsidRPr="00376C19">
        <w:rPr>
          <w:rFonts w:ascii="Segoe UI Symbol" w:hAnsi="Segoe UI Symbol" w:cs="Segoe UI Symbol"/>
          <w:b/>
          <w:color w:val="2D3748"/>
          <w:sz w:val="20"/>
        </w:rPr>
        <w:t>☐</w:t>
      </w:r>
      <w:r w:rsidRPr="00376C19">
        <w:rPr>
          <w:rFonts w:ascii="Arial" w:hAnsi="Arial"/>
          <w:b/>
          <w:color w:val="2D3748"/>
          <w:sz w:val="20"/>
        </w:rPr>
        <w:t xml:space="preserve"> Yes</w:t>
      </w:r>
      <w:r w:rsidRPr="00376C19">
        <w:rPr>
          <w:rFonts w:ascii="Arial" w:hAnsi="Arial"/>
          <w:b/>
          <w:color w:val="2D3748"/>
          <w:sz w:val="20"/>
        </w:rPr>
        <w:br/>
      </w:r>
      <w:r w:rsidRPr="00376C19">
        <w:rPr>
          <w:rFonts w:ascii="Segoe UI Symbol" w:hAnsi="Segoe UI Symbol" w:cs="Segoe UI Symbol"/>
          <w:b/>
          <w:color w:val="2D3748"/>
          <w:sz w:val="20"/>
        </w:rPr>
        <w:t>☐</w:t>
      </w:r>
      <w:r w:rsidRPr="00376C19">
        <w:rPr>
          <w:rFonts w:ascii="Arial" w:hAnsi="Arial"/>
          <w:b/>
          <w:color w:val="2D3748"/>
          <w:sz w:val="20"/>
        </w:rPr>
        <w:t xml:space="preserve"> No</w:t>
      </w:r>
      <w:r w:rsidRPr="00376C19">
        <w:rPr>
          <w:rFonts w:ascii="Arial" w:hAnsi="Arial"/>
          <w:b/>
          <w:color w:val="2D3748"/>
          <w:sz w:val="20"/>
        </w:rPr>
        <w:br/>
      </w:r>
      <w:r w:rsidRPr="00376C19">
        <w:rPr>
          <w:rFonts w:ascii="Segoe UI Symbol" w:hAnsi="Segoe UI Symbol" w:cs="Segoe UI Symbol"/>
          <w:b/>
          <w:color w:val="2D3748"/>
          <w:sz w:val="20"/>
        </w:rPr>
        <w:t>☐</w:t>
      </w:r>
      <w:r w:rsidRPr="00376C19">
        <w:rPr>
          <w:rFonts w:ascii="Arial" w:hAnsi="Arial"/>
          <w:b/>
          <w:color w:val="2D3748"/>
          <w:sz w:val="20"/>
        </w:rPr>
        <w:t xml:space="preserve"> To be discussed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84"/>
      </w:tblGrid>
      <w:tr w:rsidR="00376C19" w14:paraId="40B6F061" w14:textId="77777777" w:rsidTr="00376C19">
        <w:trPr>
          <w:trHeight w:val="70"/>
        </w:trPr>
        <w:tc>
          <w:tcPr>
            <w:tcW w:w="9084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CFCFC"/>
          </w:tcPr>
          <w:p w14:paraId="5623969A" w14:textId="77777777" w:rsidR="00376C19" w:rsidRDefault="00376C19" w:rsidP="00376C19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67FB3FC0" w14:textId="77777777" w:rsidR="00376C19" w:rsidRDefault="00376C19" w:rsidP="00376C19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770A6A84" w14:textId="77777777" w:rsidR="0034350D" w:rsidRDefault="0034350D" w:rsidP="00376C19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0EA52E87" w14:textId="77777777" w:rsidR="0034350D" w:rsidRDefault="0034350D" w:rsidP="00376C19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210651FA" w14:textId="77777777" w:rsidR="0034350D" w:rsidRDefault="0034350D" w:rsidP="00376C19">
            <w:pPr>
              <w:spacing w:after="0" w:line="240" w:lineRule="auto"/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</w:p>
          <w:p w14:paraId="2AE8D16C" w14:textId="47A836D4" w:rsidR="00376C19" w:rsidRPr="00376C19" w:rsidRDefault="00376C19" w:rsidP="00376C19">
            <w:pPr>
              <w:spacing w:after="0" w:line="240" w:lineRule="auto"/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</w:p>
        </w:tc>
      </w:tr>
    </w:tbl>
    <w:p w14:paraId="6A8400D4" w14:textId="77777777" w:rsidR="00376C19" w:rsidRPr="00376C19" w:rsidRDefault="00376C19" w:rsidP="00376C19">
      <w:pPr>
        <w:spacing w:before="60" w:after="40"/>
        <w:rPr>
          <w:rFonts w:eastAsia="맑은 고딕" w:hint="eastAsia"/>
          <w:lang w:eastAsia="ko-KR"/>
        </w:rPr>
      </w:pPr>
    </w:p>
    <w:p w14:paraId="1FA26E45" w14:textId="16C50434" w:rsidR="004A5618" w:rsidRPr="004A5618" w:rsidRDefault="00376C19" w:rsidP="00376C19">
      <w:pPr>
        <w:keepNext/>
        <w:spacing w:before="160" w:after="80"/>
        <w:rPr>
          <w:rFonts w:ascii="Arial" w:eastAsia="맑은 고딕" w:hAnsi="Arial" w:hint="eastAsia"/>
          <w:b/>
          <w:color w:val="2D3748"/>
          <w:sz w:val="20"/>
          <w:lang w:eastAsia="ko-KR"/>
        </w:rPr>
      </w:pPr>
      <w:r>
        <w:rPr>
          <w:rFonts w:ascii="Arial" w:eastAsia="맑은 고딕" w:hAnsi="Arial" w:hint="eastAsia"/>
          <w:b/>
          <w:color w:val="2D3748"/>
          <w:sz w:val="20"/>
          <w:lang w:eastAsia="ko-KR"/>
        </w:rPr>
        <w:t xml:space="preserve">4.2. </w:t>
      </w:r>
      <w:r w:rsidRPr="00376C19">
        <w:rPr>
          <w:rFonts w:ascii="Arial" w:hAnsi="Arial"/>
          <w:b/>
          <w:color w:val="2D3748"/>
          <w:sz w:val="20"/>
        </w:rPr>
        <w:t>Support for Consulting-Related Expenses</w:t>
      </w:r>
      <w:r w:rsidRPr="00376C19">
        <w:rPr>
          <w:rFonts w:ascii="Arial" w:hAnsi="Arial"/>
          <w:b/>
          <w:color w:val="2D3748"/>
          <w:sz w:val="20"/>
        </w:rPr>
        <w:br/>
        <w:t xml:space="preserve">Please indicate whether your </w:t>
      </w:r>
      <w:r>
        <w:rPr>
          <w:rFonts w:ascii="Arial" w:eastAsia="맑은 고딕" w:hAnsi="Arial" w:hint="eastAsia"/>
          <w:b/>
          <w:color w:val="2D3748"/>
          <w:sz w:val="20"/>
          <w:lang w:eastAsia="ko-KR"/>
        </w:rPr>
        <w:t>company</w:t>
      </w:r>
      <w:r w:rsidRPr="00376C19">
        <w:rPr>
          <w:rFonts w:ascii="Arial" w:hAnsi="Arial"/>
          <w:b/>
          <w:color w:val="2D3748"/>
          <w:sz w:val="20"/>
        </w:rPr>
        <w:t xml:space="preserve"> is willing to provide partial financial support for expenses incurred by the consulting experts, including meals, accommodation, and other reasonable expenses during the consulting period.</w:t>
      </w:r>
      <w:r w:rsidR="004A5618">
        <w:rPr>
          <w:rFonts w:ascii="Arial" w:eastAsia="맑은 고딕" w:hAnsi="Arial" w:hint="eastAsia"/>
          <w:b/>
          <w:color w:val="2D3748"/>
          <w:sz w:val="20"/>
          <w:lang w:eastAsia="ko-KR"/>
        </w:rPr>
        <w:t xml:space="preserve"> </w:t>
      </w:r>
    </w:p>
    <w:p w14:paraId="6F6D8E2E" w14:textId="6520BDA6" w:rsidR="00376C19" w:rsidRPr="00376C19" w:rsidRDefault="00376C19" w:rsidP="00376C19">
      <w:pPr>
        <w:spacing w:before="60" w:after="40"/>
        <w:ind w:left="216"/>
        <w:rPr>
          <w:rFonts w:ascii="Arial" w:eastAsia="맑은 고딕" w:hAnsi="Arial" w:hint="eastAsia"/>
          <w:b/>
          <w:color w:val="2D3748"/>
          <w:sz w:val="20"/>
          <w:lang w:eastAsia="ko-KR"/>
        </w:rPr>
      </w:pPr>
      <w:r w:rsidRPr="00376C19">
        <w:rPr>
          <w:rFonts w:ascii="Segoe UI Symbol" w:hAnsi="Segoe UI Symbol" w:cs="Segoe UI Symbol"/>
          <w:b/>
          <w:color w:val="2D3748"/>
          <w:sz w:val="20"/>
        </w:rPr>
        <w:t>☐</w:t>
      </w:r>
      <w:r w:rsidRPr="00376C19">
        <w:rPr>
          <w:rFonts w:ascii="Arial" w:hAnsi="Arial"/>
          <w:b/>
          <w:color w:val="2D3748"/>
          <w:sz w:val="20"/>
        </w:rPr>
        <w:t xml:space="preserve"> Yes</w:t>
      </w:r>
      <w:r w:rsidRPr="00376C19">
        <w:rPr>
          <w:rFonts w:ascii="Arial" w:hAnsi="Arial"/>
          <w:b/>
          <w:color w:val="2D3748"/>
          <w:sz w:val="20"/>
        </w:rPr>
        <w:br/>
      </w:r>
      <w:r w:rsidRPr="00376C19">
        <w:rPr>
          <w:rFonts w:ascii="Segoe UI Symbol" w:hAnsi="Segoe UI Symbol" w:cs="Segoe UI Symbol"/>
          <w:b/>
          <w:color w:val="2D3748"/>
          <w:sz w:val="20"/>
        </w:rPr>
        <w:t>☐</w:t>
      </w:r>
      <w:r w:rsidRPr="00376C19">
        <w:rPr>
          <w:rFonts w:ascii="Arial" w:hAnsi="Arial"/>
          <w:b/>
          <w:color w:val="2D3748"/>
          <w:sz w:val="20"/>
        </w:rPr>
        <w:t xml:space="preserve"> No</w:t>
      </w:r>
      <w:r w:rsidRPr="00376C19">
        <w:rPr>
          <w:rFonts w:ascii="Arial" w:hAnsi="Arial"/>
          <w:b/>
          <w:color w:val="2D3748"/>
          <w:sz w:val="20"/>
        </w:rPr>
        <w:br/>
      </w:r>
      <w:r w:rsidRPr="00376C19">
        <w:rPr>
          <w:rFonts w:ascii="Segoe UI Symbol" w:hAnsi="Segoe UI Symbol" w:cs="Segoe UI Symbol"/>
          <w:b/>
          <w:color w:val="2D3748"/>
          <w:sz w:val="20"/>
        </w:rPr>
        <w:t>☐</w:t>
      </w:r>
      <w:r w:rsidRPr="00376C19">
        <w:rPr>
          <w:rFonts w:ascii="Arial" w:hAnsi="Arial"/>
          <w:b/>
          <w:color w:val="2D3748"/>
          <w:sz w:val="20"/>
        </w:rPr>
        <w:t xml:space="preserve"> To be discussed</w:t>
      </w:r>
    </w:p>
    <w:p w14:paraId="712D52E8" w14:textId="77777777" w:rsidR="00376C19" w:rsidRDefault="00376C19" w:rsidP="00376C19">
      <w:pPr>
        <w:spacing w:before="60" w:after="40"/>
        <w:ind w:left="216"/>
        <w:rPr>
          <w:rFonts w:ascii="Arial" w:eastAsia="맑은 고딕" w:hAnsi="Arial" w:hint="eastAsia"/>
          <w:b/>
          <w:color w:val="2D3748"/>
          <w:sz w:val="20"/>
          <w:lang w:eastAsia="ko-K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84"/>
      </w:tblGrid>
      <w:tr w:rsidR="00376C19" w14:paraId="26C20FAE" w14:textId="77777777" w:rsidTr="00DA4A31">
        <w:trPr>
          <w:trHeight w:val="70"/>
        </w:trPr>
        <w:tc>
          <w:tcPr>
            <w:tcW w:w="9084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CFCFC"/>
          </w:tcPr>
          <w:p w14:paraId="5A37D135" w14:textId="79BBC141" w:rsidR="00376C19" w:rsidRDefault="00376C19" w:rsidP="00DA4A31">
            <w:pPr>
              <w:spacing w:after="0" w:line="240" w:lineRule="auto"/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</w:p>
          <w:p w14:paraId="2A61C475" w14:textId="77777777" w:rsidR="00376C19" w:rsidRDefault="00376C19" w:rsidP="00DA4A31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798E9F65" w14:textId="77777777" w:rsidR="0034350D" w:rsidRDefault="0034350D" w:rsidP="00DA4A31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7B44FCCD" w14:textId="77777777" w:rsidR="0034350D" w:rsidRDefault="0034350D" w:rsidP="00DA4A31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333AEAD6" w14:textId="77777777" w:rsidR="0034350D" w:rsidRDefault="0034350D" w:rsidP="00DA4A31">
            <w:pPr>
              <w:spacing w:after="0" w:line="240" w:lineRule="auto"/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</w:p>
          <w:p w14:paraId="03BA8D0E" w14:textId="77777777" w:rsidR="00376C19" w:rsidRPr="00376C19" w:rsidRDefault="00376C19" w:rsidP="00DA4A31">
            <w:pPr>
              <w:spacing w:after="0" w:line="240" w:lineRule="auto"/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</w:p>
        </w:tc>
      </w:tr>
    </w:tbl>
    <w:p w14:paraId="348F869A" w14:textId="135C409E" w:rsidR="00376C19" w:rsidRDefault="00376C19">
      <w:pPr>
        <w:spacing w:before="240" w:after="120"/>
        <w:rPr>
          <w:rFonts w:ascii="Arial" w:eastAsia="맑은 고딕" w:hAnsi="Arial"/>
          <w:b/>
          <w:color w:val="1B365D"/>
          <w:sz w:val="10"/>
          <w:szCs w:val="8"/>
          <w:lang w:eastAsia="ko-KR"/>
        </w:rPr>
      </w:pPr>
    </w:p>
    <w:p w14:paraId="71C4F108" w14:textId="77777777" w:rsidR="0034350D" w:rsidRDefault="0034350D">
      <w:pPr>
        <w:spacing w:before="240" w:after="120"/>
        <w:rPr>
          <w:rFonts w:ascii="Arial" w:eastAsia="맑은 고딕" w:hAnsi="Arial"/>
          <w:b/>
          <w:color w:val="1B365D"/>
          <w:sz w:val="10"/>
          <w:szCs w:val="8"/>
          <w:lang w:eastAsia="ko-KR"/>
        </w:rPr>
      </w:pPr>
    </w:p>
    <w:p w14:paraId="1422FADE" w14:textId="77777777" w:rsidR="0034350D" w:rsidRDefault="0034350D">
      <w:pPr>
        <w:spacing w:before="240" w:after="120"/>
        <w:rPr>
          <w:rFonts w:ascii="Arial" w:eastAsia="맑은 고딕" w:hAnsi="Arial"/>
          <w:b/>
          <w:color w:val="1B365D"/>
          <w:sz w:val="10"/>
          <w:szCs w:val="8"/>
          <w:lang w:eastAsia="ko-KR"/>
        </w:rPr>
      </w:pPr>
    </w:p>
    <w:p w14:paraId="4565C4D5" w14:textId="77777777" w:rsidR="00197E73" w:rsidRPr="0034350D" w:rsidRDefault="00197E73" w:rsidP="00197E73">
      <w:pPr>
        <w:keepNext/>
        <w:spacing w:before="160" w:after="80"/>
        <w:rPr>
          <w:rFonts w:ascii="Arial" w:hAnsi="Arial"/>
          <w:b/>
          <w:color w:val="2D3748"/>
          <w:sz w:val="20"/>
        </w:rPr>
      </w:pPr>
      <w:r>
        <w:rPr>
          <w:rFonts w:ascii="Arial" w:eastAsia="맑은 고딕" w:hAnsi="Arial" w:hint="eastAsia"/>
          <w:b/>
          <w:color w:val="2D3748"/>
          <w:sz w:val="20"/>
          <w:lang w:eastAsia="ko-KR"/>
        </w:rPr>
        <w:lastRenderedPageBreak/>
        <w:t>4</w:t>
      </w:r>
      <w:r w:rsidRPr="0034350D">
        <w:rPr>
          <w:rFonts w:ascii="Arial" w:hAnsi="Arial"/>
          <w:b/>
          <w:color w:val="2D3748"/>
          <w:sz w:val="20"/>
        </w:rPr>
        <w:t>.3 Follow-up Cooperation</w:t>
      </w:r>
      <w:r>
        <w:rPr>
          <w:rFonts w:ascii="Arial" w:eastAsia="맑은 고딕" w:hAnsi="Arial"/>
          <w:b/>
          <w:color w:val="2D3748"/>
          <w:sz w:val="20"/>
          <w:lang w:eastAsia="ko-KR"/>
        </w:rPr>
        <w:br/>
      </w:r>
      <w:r w:rsidRPr="0034350D">
        <w:rPr>
          <w:rFonts w:ascii="Arial" w:hAnsi="Arial"/>
          <w:b/>
          <w:color w:val="2D3748"/>
          <w:sz w:val="20"/>
        </w:rPr>
        <w:t>If further cooperation opportunities are identified as a result of the consulting, would your company be interested in discussing potential follow-up cooperation with Korean companies or experts?</w:t>
      </w:r>
    </w:p>
    <w:p w14:paraId="6C3CF518" w14:textId="77777777" w:rsidR="00197E73" w:rsidRPr="0034350D" w:rsidRDefault="00197E73" w:rsidP="00197E73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34350D">
        <w:rPr>
          <w:rFonts w:ascii="Segoe UI Symbol" w:hAnsi="Segoe UI Symbol" w:cs="Segoe UI Symbol"/>
          <w:b/>
          <w:color w:val="2D3748"/>
          <w:sz w:val="20"/>
        </w:rPr>
        <w:t>☐</w:t>
      </w:r>
      <w:r w:rsidRPr="0034350D">
        <w:rPr>
          <w:rFonts w:ascii="Arial" w:hAnsi="Arial"/>
          <w:b/>
          <w:color w:val="2D3748"/>
          <w:sz w:val="20"/>
        </w:rPr>
        <w:t xml:space="preserve"> Yes</w:t>
      </w:r>
    </w:p>
    <w:p w14:paraId="79939220" w14:textId="77777777" w:rsidR="00197E73" w:rsidRPr="0034350D" w:rsidRDefault="00197E73" w:rsidP="00197E73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34350D">
        <w:rPr>
          <w:rFonts w:ascii="Segoe UI Symbol" w:hAnsi="Segoe UI Symbol" w:cs="Segoe UI Symbol"/>
          <w:b/>
          <w:color w:val="2D3748"/>
          <w:sz w:val="20"/>
        </w:rPr>
        <w:t>☐</w:t>
      </w:r>
      <w:r w:rsidRPr="0034350D">
        <w:rPr>
          <w:rFonts w:ascii="Arial" w:hAnsi="Arial"/>
          <w:b/>
          <w:color w:val="2D3748"/>
          <w:sz w:val="20"/>
        </w:rPr>
        <w:t xml:space="preserve"> No</w:t>
      </w:r>
    </w:p>
    <w:p w14:paraId="2D59D1EF" w14:textId="77777777" w:rsidR="00197E73" w:rsidRPr="0034350D" w:rsidRDefault="00197E73" w:rsidP="00197E73">
      <w:pPr>
        <w:spacing w:before="60" w:after="40"/>
        <w:ind w:left="216"/>
        <w:rPr>
          <w:rFonts w:ascii="Arial" w:hAnsi="Arial"/>
          <w:b/>
          <w:color w:val="2D3748"/>
          <w:sz w:val="20"/>
        </w:rPr>
      </w:pPr>
      <w:r w:rsidRPr="0034350D">
        <w:rPr>
          <w:rFonts w:ascii="Segoe UI Symbol" w:hAnsi="Segoe UI Symbol" w:cs="Segoe UI Symbol"/>
          <w:b/>
          <w:color w:val="2D3748"/>
          <w:sz w:val="20"/>
        </w:rPr>
        <w:t>☐</w:t>
      </w:r>
      <w:r w:rsidRPr="0034350D">
        <w:rPr>
          <w:rFonts w:ascii="Arial" w:hAnsi="Arial"/>
          <w:b/>
          <w:color w:val="2D3748"/>
          <w:sz w:val="20"/>
        </w:rPr>
        <w:t xml:space="preserve"> To be discussed</w:t>
      </w:r>
    </w:p>
    <w:p w14:paraId="2E159A4F" w14:textId="587E2816" w:rsidR="00197E73" w:rsidRPr="00197E73" w:rsidRDefault="00197E73" w:rsidP="00197E73">
      <w:pPr>
        <w:spacing w:before="60" w:after="40"/>
        <w:ind w:left="216"/>
        <w:rPr>
          <w:rFonts w:ascii="Segoe UI Symbol" w:eastAsia="맑은 고딕" w:hAnsi="Segoe UI Symbol" w:cs="Segoe UI Symbol" w:hint="eastAsia"/>
          <w:b/>
          <w:color w:val="2D3748"/>
          <w:sz w:val="20"/>
          <w:lang w:eastAsia="ko-KR"/>
        </w:rPr>
      </w:pPr>
      <w:r w:rsidRPr="0034350D">
        <w:rPr>
          <w:rFonts w:ascii="Segoe UI Symbol" w:hAnsi="Segoe UI Symbol" w:cs="Segoe UI Symbol"/>
          <w:b/>
          <w:color w:val="2D3748"/>
          <w:sz w:val="20"/>
        </w:rPr>
        <w:t xml:space="preserve">Areas of Interest, if </w:t>
      </w:r>
      <w:proofErr w:type="gramStart"/>
      <w:r w:rsidRPr="0034350D">
        <w:rPr>
          <w:rFonts w:ascii="Segoe UI Symbol" w:hAnsi="Segoe UI Symbol" w:cs="Segoe UI Symbol"/>
          <w:b/>
          <w:color w:val="2D3748"/>
          <w:sz w:val="20"/>
        </w:rPr>
        <w:t>any:</w:t>
      </w:r>
      <w:r>
        <w:rPr>
          <w:rFonts w:ascii="Segoe UI Symbol" w:eastAsia="맑은 고딕" w:hAnsi="Segoe UI Symbol" w:cs="Segoe UI Symbol" w:hint="eastAsia"/>
          <w:b/>
          <w:color w:val="2D3748"/>
          <w:sz w:val="20"/>
          <w:lang w:eastAsia="ko-KR"/>
        </w:rPr>
        <w:t>_</w:t>
      </w:r>
      <w:proofErr w:type="gramEnd"/>
      <w:r>
        <w:rPr>
          <w:rFonts w:ascii="Segoe UI Symbol" w:eastAsia="맑은 고딕" w:hAnsi="Segoe UI Symbol" w:cs="Segoe UI Symbol" w:hint="eastAsia"/>
          <w:b/>
          <w:color w:val="2D3748"/>
          <w:sz w:val="20"/>
          <w:lang w:eastAsia="ko-KR"/>
        </w:rPr>
        <w:t>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84"/>
      </w:tblGrid>
      <w:tr w:rsidR="00414414" w14:paraId="230451A7" w14:textId="77777777" w:rsidTr="00DA4A31">
        <w:trPr>
          <w:trHeight w:val="70"/>
        </w:trPr>
        <w:tc>
          <w:tcPr>
            <w:tcW w:w="9084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CFCFC"/>
          </w:tcPr>
          <w:p w14:paraId="05F201FA" w14:textId="77777777" w:rsidR="00414414" w:rsidRDefault="00414414" w:rsidP="00DA4A31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3042758A" w14:textId="77777777" w:rsidR="00414414" w:rsidRDefault="00414414" w:rsidP="00DA4A31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00A3FEF0" w14:textId="77777777" w:rsidR="00414414" w:rsidRDefault="00414414" w:rsidP="00DA4A31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2E77DB76" w14:textId="77777777" w:rsidR="00414414" w:rsidRDefault="00414414" w:rsidP="00DA4A31">
            <w:pPr>
              <w:spacing w:after="0" w:line="240" w:lineRule="auto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  <w:p w14:paraId="472B0008" w14:textId="77777777" w:rsidR="00414414" w:rsidRDefault="00414414" w:rsidP="00DA4A31">
            <w:pPr>
              <w:spacing w:after="0" w:line="240" w:lineRule="auto"/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</w:p>
          <w:p w14:paraId="57AD00CB" w14:textId="77777777" w:rsidR="00414414" w:rsidRPr="00376C19" w:rsidRDefault="00414414" w:rsidP="00DA4A31">
            <w:pPr>
              <w:spacing w:after="0" w:line="240" w:lineRule="auto"/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</w:p>
        </w:tc>
      </w:tr>
    </w:tbl>
    <w:p w14:paraId="0CFB7D85" w14:textId="5CF9C0E5" w:rsidR="0034350D" w:rsidRPr="00414414" w:rsidRDefault="0034350D" w:rsidP="00414414">
      <w:pPr>
        <w:spacing w:before="60" w:after="40"/>
        <w:rPr>
          <w:rFonts w:ascii="Arial" w:eastAsia="맑은 고딕" w:hAnsi="Arial" w:hint="eastAsia"/>
          <w:b/>
          <w:color w:val="2D3748"/>
          <w:sz w:val="20"/>
          <w:lang w:eastAsia="ko-KR"/>
        </w:rPr>
      </w:pPr>
      <w:r w:rsidRPr="0034350D">
        <w:rPr>
          <w:rFonts w:ascii="Arial" w:eastAsia="맑은 고딕" w:hAnsi="Arial"/>
          <w:bCs/>
          <w:color w:val="2D3748"/>
          <w:sz w:val="20"/>
          <w:lang w:eastAsia="ko-KR"/>
        </w:rPr>
        <w:br/>
      </w:r>
    </w:p>
    <w:p w14:paraId="6AFB1A0C" w14:textId="7ADCADC6" w:rsidR="006B2F6E" w:rsidRDefault="00376C19">
      <w:pPr>
        <w:spacing w:before="240" w:after="120"/>
      </w:pPr>
      <w:r>
        <w:rPr>
          <w:rFonts w:ascii="Arial" w:eastAsia="맑은 고딕" w:hAnsi="Arial" w:hint="eastAsia"/>
          <w:b/>
          <w:color w:val="1B365D"/>
          <w:sz w:val="24"/>
          <w:lang w:eastAsia="ko-KR"/>
        </w:rPr>
        <w:t>5</w:t>
      </w:r>
      <w:r w:rsidR="00F44BD2">
        <w:rPr>
          <w:rFonts w:ascii="Arial" w:hAnsi="Arial"/>
          <w:b/>
          <w:color w:val="1B365D"/>
          <w:sz w:val="24"/>
        </w:rPr>
        <w:t>. APPLICANT SIGNATURE</w:t>
      </w:r>
    </w:p>
    <w:tbl>
      <w:tblPr>
        <w:tblW w:w="9286" w:type="dxa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571"/>
        <w:gridCol w:w="5715"/>
      </w:tblGrid>
      <w:tr w:rsidR="006B2F6E" w14:paraId="3BF85678" w14:textId="77777777" w:rsidTr="00197E73">
        <w:trPr>
          <w:trHeight w:val="796"/>
          <w:jc w:val="center"/>
        </w:trPr>
        <w:tc>
          <w:tcPr>
            <w:tcW w:w="3571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2335CC" w14:textId="77777777" w:rsidR="006B2F6E" w:rsidRDefault="00CA4B2B" w:rsidP="004354F9">
            <w:pPr>
              <w:spacing w:after="0"/>
            </w:pPr>
            <w:r>
              <w:rPr>
                <w:b/>
                <w:sz w:val="20"/>
              </w:rPr>
              <w:t>Authorized Applicant Name:</w:t>
            </w:r>
          </w:p>
        </w:tc>
        <w:tc>
          <w:tcPr>
            <w:tcW w:w="571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D39B43" w14:textId="77777777" w:rsidR="006B2F6E" w:rsidRDefault="006B2F6E" w:rsidP="004354F9">
            <w:pPr>
              <w:spacing w:after="0" w:line="240" w:lineRule="auto"/>
            </w:pPr>
          </w:p>
        </w:tc>
      </w:tr>
      <w:tr w:rsidR="006B2F6E" w14:paraId="5253BB00" w14:textId="77777777" w:rsidTr="00197E73">
        <w:trPr>
          <w:trHeight w:val="796"/>
          <w:jc w:val="center"/>
        </w:trPr>
        <w:tc>
          <w:tcPr>
            <w:tcW w:w="3571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1A2078" w14:textId="77777777" w:rsidR="006B2F6E" w:rsidRDefault="00CA4B2B" w:rsidP="004354F9">
            <w:pPr>
              <w:spacing w:after="0"/>
            </w:pPr>
            <w:r>
              <w:rPr>
                <w:b/>
                <w:sz w:val="20"/>
              </w:rPr>
              <w:t>Title / Position:</w:t>
            </w:r>
          </w:p>
        </w:tc>
        <w:tc>
          <w:tcPr>
            <w:tcW w:w="571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5C847F" w14:textId="77777777" w:rsidR="006B2F6E" w:rsidRDefault="006B2F6E" w:rsidP="004354F9">
            <w:pPr>
              <w:spacing w:after="0" w:line="240" w:lineRule="auto"/>
            </w:pPr>
          </w:p>
        </w:tc>
      </w:tr>
      <w:tr w:rsidR="006B2F6E" w14:paraId="62B8F08F" w14:textId="77777777" w:rsidTr="00197E73">
        <w:trPr>
          <w:trHeight w:val="1374"/>
          <w:jc w:val="center"/>
        </w:trPr>
        <w:tc>
          <w:tcPr>
            <w:tcW w:w="3571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39D80C" w14:textId="77777777" w:rsidR="006B2F6E" w:rsidRDefault="00CA4B2B" w:rsidP="004354F9">
            <w:pPr>
              <w:spacing w:after="0"/>
            </w:pPr>
            <w:r>
              <w:rPr>
                <w:b/>
                <w:sz w:val="20"/>
              </w:rPr>
              <w:t>Signature &amp; Date:</w:t>
            </w:r>
          </w:p>
        </w:tc>
        <w:tc>
          <w:tcPr>
            <w:tcW w:w="571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F01FC3" w14:textId="77777777" w:rsidR="004354F9" w:rsidRDefault="004354F9" w:rsidP="004354F9">
            <w:pPr>
              <w:spacing w:after="0" w:line="240" w:lineRule="auto"/>
              <w:rPr>
                <w:rFonts w:eastAsia="맑은 고딕" w:hint="eastAsia"/>
                <w:sz w:val="20"/>
                <w:lang w:eastAsia="ko-KR"/>
              </w:rPr>
            </w:pPr>
          </w:p>
          <w:p w14:paraId="53223786" w14:textId="4B88F72E" w:rsidR="006B2F6E" w:rsidRDefault="00CA4B2B" w:rsidP="004354F9">
            <w:pPr>
              <w:spacing w:after="0" w:line="240" w:lineRule="auto"/>
            </w:pPr>
            <w:r>
              <w:rPr>
                <w:sz w:val="20"/>
              </w:rPr>
              <w:br/>
              <w:t>___</w:t>
            </w:r>
            <w:r w:rsidR="004354F9">
              <w:rPr>
                <w:sz w:val="20"/>
              </w:rPr>
              <w:t>____________</w:t>
            </w:r>
            <w:r>
              <w:rPr>
                <w:sz w:val="20"/>
              </w:rPr>
              <w:t>____________________    Date: ____</w:t>
            </w:r>
            <w:r w:rsidR="004354F9">
              <w:rPr>
                <w:sz w:val="20"/>
              </w:rPr>
              <w:t>__________________</w:t>
            </w:r>
            <w:r>
              <w:rPr>
                <w:sz w:val="20"/>
              </w:rPr>
              <w:t>_____</w:t>
            </w:r>
          </w:p>
        </w:tc>
      </w:tr>
    </w:tbl>
    <w:p w14:paraId="1335510B" w14:textId="21500237" w:rsidR="00E34221" w:rsidRPr="008D79B8" w:rsidRDefault="00E34221" w:rsidP="00DF25F9">
      <w:pPr>
        <w:rPr>
          <w:rFonts w:eastAsia="맑은 고딕" w:hint="eastAsia"/>
          <w:lang w:eastAsia="ko-KR"/>
        </w:rPr>
      </w:pPr>
    </w:p>
    <w:sectPr w:rsidR="00E34221" w:rsidRPr="008D79B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FE47C" w14:textId="77777777" w:rsidR="00CF79EC" w:rsidRDefault="00CF79EC" w:rsidP="00376C19">
      <w:pPr>
        <w:spacing w:after="0" w:line="240" w:lineRule="auto"/>
      </w:pPr>
      <w:r>
        <w:separator/>
      </w:r>
    </w:p>
  </w:endnote>
  <w:endnote w:type="continuationSeparator" w:id="0">
    <w:p w14:paraId="12A7A4E5" w14:textId="77777777" w:rsidR="00CF79EC" w:rsidRDefault="00CF79EC" w:rsidP="0037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E1D61" w14:textId="77777777" w:rsidR="00CF79EC" w:rsidRDefault="00CF79EC" w:rsidP="00376C19">
      <w:pPr>
        <w:spacing w:after="0" w:line="240" w:lineRule="auto"/>
      </w:pPr>
      <w:r>
        <w:separator/>
      </w:r>
    </w:p>
  </w:footnote>
  <w:footnote w:type="continuationSeparator" w:id="0">
    <w:p w14:paraId="7ADC16A6" w14:textId="77777777" w:rsidR="00CF79EC" w:rsidRDefault="00CF79EC" w:rsidP="0037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C724E5"/>
    <w:multiLevelType w:val="hybridMultilevel"/>
    <w:tmpl w:val="52A6FAC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1E375BD5"/>
    <w:multiLevelType w:val="hybridMultilevel"/>
    <w:tmpl w:val="4CC473C4"/>
    <w:lvl w:ilvl="0" w:tplc="44D0493E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1B365D"/>
        <w:sz w:val="3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7FD30C19"/>
    <w:multiLevelType w:val="hybridMultilevel"/>
    <w:tmpl w:val="9DD0BAA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04417410">
    <w:abstractNumId w:val="8"/>
  </w:num>
  <w:num w:numId="2" w16cid:durableId="2139370974">
    <w:abstractNumId w:val="6"/>
  </w:num>
  <w:num w:numId="3" w16cid:durableId="1421440252">
    <w:abstractNumId w:val="5"/>
  </w:num>
  <w:num w:numId="4" w16cid:durableId="136726673">
    <w:abstractNumId w:val="4"/>
  </w:num>
  <w:num w:numId="5" w16cid:durableId="1979070222">
    <w:abstractNumId w:val="7"/>
  </w:num>
  <w:num w:numId="6" w16cid:durableId="819033197">
    <w:abstractNumId w:val="3"/>
  </w:num>
  <w:num w:numId="7" w16cid:durableId="192114786">
    <w:abstractNumId w:val="2"/>
  </w:num>
  <w:num w:numId="8" w16cid:durableId="1692687239">
    <w:abstractNumId w:val="1"/>
  </w:num>
  <w:num w:numId="9" w16cid:durableId="225646275">
    <w:abstractNumId w:val="0"/>
  </w:num>
  <w:num w:numId="10" w16cid:durableId="652099443">
    <w:abstractNumId w:val="10"/>
  </w:num>
  <w:num w:numId="11" w16cid:durableId="719981999">
    <w:abstractNumId w:val="9"/>
  </w:num>
  <w:num w:numId="12" w16cid:durableId="1363476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2C"/>
    <w:rsid w:val="00034616"/>
    <w:rsid w:val="0005212C"/>
    <w:rsid w:val="0006063C"/>
    <w:rsid w:val="00131769"/>
    <w:rsid w:val="0015074B"/>
    <w:rsid w:val="00197E73"/>
    <w:rsid w:val="001D785E"/>
    <w:rsid w:val="001E5865"/>
    <w:rsid w:val="00202CED"/>
    <w:rsid w:val="0029639D"/>
    <w:rsid w:val="00326F90"/>
    <w:rsid w:val="0034350D"/>
    <w:rsid w:val="00376C19"/>
    <w:rsid w:val="00407496"/>
    <w:rsid w:val="00414414"/>
    <w:rsid w:val="004354F9"/>
    <w:rsid w:val="00471FF4"/>
    <w:rsid w:val="004A5618"/>
    <w:rsid w:val="004B2DDE"/>
    <w:rsid w:val="004F6AE0"/>
    <w:rsid w:val="00541531"/>
    <w:rsid w:val="00662480"/>
    <w:rsid w:val="006A63F9"/>
    <w:rsid w:val="006B2F6E"/>
    <w:rsid w:val="006E10F6"/>
    <w:rsid w:val="006E6FC3"/>
    <w:rsid w:val="006E73C7"/>
    <w:rsid w:val="0079665C"/>
    <w:rsid w:val="007B4FD2"/>
    <w:rsid w:val="0084415F"/>
    <w:rsid w:val="00864AB9"/>
    <w:rsid w:val="008D79B8"/>
    <w:rsid w:val="00A116E2"/>
    <w:rsid w:val="00AA1D8D"/>
    <w:rsid w:val="00AB312F"/>
    <w:rsid w:val="00B47730"/>
    <w:rsid w:val="00B72D51"/>
    <w:rsid w:val="00C05EE8"/>
    <w:rsid w:val="00C23BCC"/>
    <w:rsid w:val="00CA4B2B"/>
    <w:rsid w:val="00CB0664"/>
    <w:rsid w:val="00CF79EC"/>
    <w:rsid w:val="00D14405"/>
    <w:rsid w:val="00D249F0"/>
    <w:rsid w:val="00DF25F9"/>
    <w:rsid w:val="00E17B4C"/>
    <w:rsid w:val="00E34221"/>
    <w:rsid w:val="00E91159"/>
    <w:rsid w:val="00EA5A05"/>
    <w:rsid w:val="00EE53CC"/>
    <w:rsid w:val="00F07F3F"/>
    <w:rsid w:val="00F44B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42CC3C"/>
  <w14:defaultImageDpi w14:val="330"/>
  <w15:docId w15:val="{64BD77E8-3D8F-4139-B4ED-4DE3B09E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footnote text"/>
    <w:basedOn w:val="a1"/>
    <w:link w:val="Char7"/>
    <w:uiPriority w:val="99"/>
    <w:semiHidden/>
    <w:unhideWhenUsed/>
    <w:rsid w:val="00376C19"/>
    <w:pPr>
      <w:snapToGrid w:val="0"/>
    </w:pPr>
  </w:style>
  <w:style w:type="character" w:customStyle="1" w:styleId="Char7">
    <w:name w:val="각주 텍스트 Char"/>
    <w:basedOn w:val="a2"/>
    <w:link w:val="aff1"/>
    <w:uiPriority w:val="99"/>
    <w:semiHidden/>
    <w:rsid w:val="00376C19"/>
  </w:style>
  <w:style w:type="character" w:styleId="aff2">
    <w:name w:val="footnote reference"/>
    <w:basedOn w:val="a2"/>
    <w:uiPriority w:val="99"/>
    <w:semiHidden/>
    <w:unhideWhenUsed/>
    <w:rsid w:val="00376C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532</Words>
  <Characters>3035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Ayeong Choi</cp:lastModifiedBy>
  <cp:revision>12</cp:revision>
  <dcterms:created xsi:type="dcterms:W3CDTF">2026-10-02T07:25:00Z</dcterms:created>
  <dcterms:modified xsi:type="dcterms:W3CDTF">2026-10-02T08:02:00Z</dcterms:modified>
  <cp:category/>
</cp:coreProperties>
</file>